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7ED" w:rsidRPr="00745215" w:rsidRDefault="009C2E2E" w:rsidP="002020F2">
      <w:pPr>
        <w:pStyle w:val="Title"/>
        <w:spacing w:line="276" w:lineRule="auto"/>
        <w:jc w:val="center"/>
        <w:rPr>
          <w:rFonts w:ascii="Times New Roman" w:hAnsi="Times New Roman" w:cs="Times New Roman"/>
          <w:b/>
          <w:bCs/>
          <w:color w:val="000000" w:themeColor="text1"/>
          <w:sz w:val="26"/>
          <w:szCs w:val="26"/>
          <w:lang w:val="vi-VN"/>
        </w:rPr>
      </w:pPr>
      <w:r w:rsidRPr="00745215">
        <w:rPr>
          <w:rFonts w:ascii="Times New Roman" w:hAnsi="Times New Roman" w:cs="Times New Roman"/>
          <w:b/>
          <w:bCs/>
          <w:color w:val="000000" w:themeColor="text1"/>
          <w:sz w:val="26"/>
          <w:szCs w:val="26"/>
          <w:lang w:val="vi-VN"/>
        </w:rPr>
        <w:t>CÔNG TÁC CHUẨN BỊ CHO LỄ KHAI GIẢNG NĂM HỌC MỚI 2025 -2026</w:t>
      </w:r>
    </w:p>
    <w:p w:rsidR="00D96E5C" w:rsidRDefault="00D96E5C" w:rsidP="00746E62">
      <w:pPr>
        <w:spacing w:line="240" w:lineRule="auto"/>
        <w:ind w:firstLine="720"/>
        <w:jc w:val="both"/>
        <w:rPr>
          <w:rFonts w:ascii="Times New Roman" w:hAnsi="Times New Roman" w:cs="Times New Roman"/>
          <w:sz w:val="28"/>
          <w:szCs w:val="28"/>
          <w:lang w:val="vi-VN"/>
        </w:rPr>
      </w:pPr>
      <w:r w:rsidRPr="00D96E5C">
        <w:rPr>
          <w:rFonts w:ascii="Times New Roman" w:hAnsi="Times New Roman" w:cs="Times New Roman"/>
          <w:sz w:val="28"/>
          <w:szCs w:val="28"/>
        </w:rPr>
        <w:t>Mỗi năm, khi tiếng ve đã khép lại</w:t>
      </w:r>
      <w:r w:rsidR="00AA20E6">
        <w:rPr>
          <w:rFonts w:ascii="Times New Roman" w:hAnsi="Times New Roman" w:cs="Times New Roman"/>
          <w:sz w:val="28"/>
          <w:szCs w:val="28"/>
        </w:rPr>
        <w:t>,</w:t>
      </w:r>
      <w:r w:rsidRPr="00D96E5C">
        <w:rPr>
          <w:rFonts w:ascii="Times New Roman" w:hAnsi="Times New Roman" w:cs="Times New Roman"/>
          <w:sz w:val="28"/>
          <w:szCs w:val="28"/>
        </w:rPr>
        <w:t xml:space="preserve"> bản hòa ca mùa hạ</w:t>
      </w:r>
      <w:r w:rsidR="00BE0B76">
        <w:rPr>
          <w:rFonts w:ascii="Times New Roman" w:hAnsi="Times New Roman" w:cs="Times New Roman"/>
          <w:sz w:val="28"/>
          <w:szCs w:val="28"/>
        </w:rPr>
        <w:t xml:space="preserve"> </w:t>
      </w:r>
      <w:r w:rsidR="00AA20E6">
        <w:rPr>
          <w:rFonts w:ascii="Times New Roman" w:hAnsi="Times New Roman" w:cs="Times New Roman"/>
          <w:sz w:val="28"/>
          <w:szCs w:val="28"/>
        </w:rPr>
        <w:t>đọng</w:t>
      </w:r>
      <w:r w:rsidR="00BE0B76">
        <w:rPr>
          <w:rFonts w:ascii="Times New Roman" w:hAnsi="Times New Roman" w:cs="Times New Roman"/>
          <w:sz w:val="28"/>
          <w:szCs w:val="28"/>
        </w:rPr>
        <w:t xml:space="preserve"> lại</w:t>
      </w:r>
      <w:r w:rsidR="00AA20E6">
        <w:rPr>
          <w:rFonts w:ascii="Times New Roman" w:hAnsi="Times New Roman" w:cs="Times New Roman"/>
          <w:sz w:val="28"/>
          <w:szCs w:val="28"/>
        </w:rPr>
        <w:t xml:space="preserve">, </w:t>
      </w:r>
      <w:r w:rsidRPr="00D96E5C">
        <w:rPr>
          <w:rFonts w:ascii="Times New Roman" w:hAnsi="Times New Roman" w:cs="Times New Roman"/>
          <w:sz w:val="28"/>
          <w:szCs w:val="28"/>
        </w:rPr>
        <w:t xml:space="preserve">những chùm phượng đỏ </w:t>
      </w:r>
      <w:r w:rsidR="00AA20E6">
        <w:rPr>
          <w:rFonts w:ascii="Times New Roman" w:hAnsi="Times New Roman" w:cs="Times New Roman"/>
          <w:sz w:val="28"/>
          <w:szCs w:val="28"/>
        </w:rPr>
        <w:t>chói</w:t>
      </w:r>
      <w:r w:rsidRPr="00D96E5C">
        <w:rPr>
          <w:rFonts w:ascii="Times New Roman" w:hAnsi="Times New Roman" w:cs="Times New Roman"/>
          <w:sz w:val="28"/>
          <w:szCs w:val="28"/>
        </w:rPr>
        <w:t xml:space="preserve"> nhường chỗ cho những cơn gió thu dịu nhẹ, </w:t>
      </w:r>
      <w:r w:rsidR="00D62B36">
        <w:rPr>
          <w:rFonts w:ascii="Times New Roman" w:hAnsi="Times New Roman" w:cs="Times New Roman"/>
          <w:sz w:val="28"/>
          <w:szCs w:val="28"/>
        </w:rPr>
        <w:t>tâm trạng</w:t>
      </w:r>
      <w:r w:rsidRPr="00D96E5C">
        <w:rPr>
          <w:rFonts w:ascii="Times New Roman" w:hAnsi="Times New Roman" w:cs="Times New Roman"/>
          <w:sz w:val="28"/>
          <w:szCs w:val="28"/>
        </w:rPr>
        <w:t xml:space="preserve"> bồi hồi chờ</w:t>
      </w:r>
      <w:r w:rsidR="000B3D97">
        <w:rPr>
          <w:rFonts w:ascii="Times New Roman" w:hAnsi="Times New Roman" w:cs="Times New Roman"/>
          <w:sz w:val="28"/>
          <w:szCs w:val="28"/>
        </w:rPr>
        <w:t xml:space="preserve"> đón ngày</w:t>
      </w:r>
      <w:r w:rsidRPr="00D96E5C">
        <w:rPr>
          <w:rFonts w:ascii="Times New Roman" w:hAnsi="Times New Roman" w:cs="Times New Roman"/>
          <w:sz w:val="28"/>
          <w:szCs w:val="28"/>
        </w:rPr>
        <w:t xml:space="preserve"> tựu trường. Lễ khai giảng năm học mới không chỉ là một nghi thức truyền thống của ngành giáo dục, mà còn là ngày hội lớn của thầy và trò trên khắp mọi miền Tổ quốc. Để ngày hội ấy thật sự rộn ràng, ấm áp và để lại ấn tượng đẹp trong tâm hồn các em học sinh, công tác chuẩn bị, </w:t>
      </w:r>
      <w:r w:rsidR="00387D48">
        <w:rPr>
          <w:rFonts w:ascii="Times New Roman" w:hAnsi="Times New Roman" w:cs="Times New Roman"/>
          <w:sz w:val="28"/>
          <w:szCs w:val="28"/>
        </w:rPr>
        <w:t>của tập thể Hội đồng sư phạm trường Tiểu học Nguyễn Bá Ngọc đã sẵn sàng</w:t>
      </w:r>
      <w:r w:rsidR="00C03855">
        <w:rPr>
          <w:rFonts w:ascii="Times New Roman" w:hAnsi="Times New Roman" w:cs="Times New Roman"/>
          <w:sz w:val="28"/>
          <w:szCs w:val="28"/>
        </w:rPr>
        <w:t xml:space="preserve"> cho một năm học mới 2025 - 2026</w:t>
      </w:r>
      <w:r w:rsidRPr="00D96E5C">
        <w:rPr>
          <w:rFonts w:ascii="Times New Roman" w:hAnsi="Times New Roman" w:cs="Times New Roman"/>
          <w:sz w:val="28"/>
          <w:szCs w:val="28"/>
        </w:rPr>
        <w:t>.</w:t>
      </w:r>
    </w:p>
    <w:p w:rsidR="00D96E5C" w:rsidRPr="00746E62" w:rsidRDefault="00D96E5C" w:rsidP="002020F2">
      <w:pPr>
        <w:spacing w:line="240" w:lineRule="auto"/>
        <w:ind w:firstLine="720"/>
        <w:jc w:val="both"/>
        <w:rPr>
          <w:rFonts w:ascii="Times New Roman" w:hAnsi="Times New Roman" w:cs="Times New Roman"/>
          <w:sz w:val="28"/>
          <w:szCs w:val="28"/>
        </w:rPr>
      </w:pPr>
      <w:r w:rsidRPr="00D96E5C">
        <w:rPr>
          <w:rFonts w:ascii="Times New Roman" w:hAnsi="Times New Roman" w:cs="Times New Roman"/>
          <w:sz w:val="28"/>
          <w:szCs w:val="28"/>
        </w:rPr>
        <w:t xml:space="preserve">Trong </w:t>
      </w:r>
      <w:r w:rsidR="002020F2">
        <w:rPr>
          <w:rFonts w:ascii="Times New Roman" w:hAnsi="Times New Roman" w:cs="Times New Roman"/>
          <w:sz w:val="28"/>
          <w:szCs w:val="28"/>
        </w:rPr>
        <w:t xml:space="preserve">không khí chuẩn bị cho “Ngày hội toàn dân đưa trẻ đến trường” </w:t>
      </w:r>
      <w:r w:rsidR="002020F2">
        <w:rPr>
          <w:rFonts w:ascii="Times New Roman" w:hAnsi="Times New Roman" w:cs="Times New Roman"/>
          <w:sz w:val="28"/>
          <w:szCs w:val="28"/>
        </w:rPr>
        <w:t>cho Lễ Khai giảng năm học 2025 – 2026.</w:t>
      </w:r>
      <w:r w:rsidR="002020F2">
        <w:rPr>
          <w:rFonts w:ascii="Times New Roman" w:hAnsi="Times New Roman" w:cs="Times New Roman"/>
          <w:sz w:val="28"/>
          <w:szCs w:val="28"/>
        </w:rPr>
        <w:t xml:space="preserve"> Hình ảnh c</w:t>
      </w:r>
      <w:r w:rsidR="002020F2" w:rsidRPr="00D96E5C">
        <w:rPr>
          <w:rFonts w:ascii="Times New Roman" w:hAnsi="Times New Roman" w:cs="Times New Roman"/>
          <w:sz w:val="28"/>
          <w:szCs w:val="28"/>
        </w:rPr>
        <w:t>ờ Tổ quốc đỏ thắm với ngôi sao vàng rực rỡ từ lâu đã trở thành biểu tượng thiêng liêng, gắn bó mật thiết với mỗi người dân Việt</w:t>
      </w:r>
      <w:r w:rsidR="002020F2">
        <w:rPr>
          <w:rFonts w:ascii="Times New Roman" w:hAnsi="Times New Roman" w:cs="Times New Roman"/>
          <w:sz w:val="28"/>
          <w:szCs w:val="28"/>
        </w:rPr>
        <w:t xml:space="preserve"> Nam</w:t>
      </w:r>
      <w:r w:rsidRPr="00D96E5C">
        <w:rPr>
          <w:rFonts w:ascii="Times New Roman" w:hAnsi="Times New Roman" w:cs="Times New Roman"/>
          <w:sz w:val="28"/>
          <w:szCs w:val="28"/>
        </w:rPr>
        <w:t>, sắc cờ tung bay không chỉ tạo nên một không gian trang trọng, thiêng liêng mà còn tiếp thêm niềm tự hào, tình yêu quê hương, đất nước cho thầy và trò</w:t>
      </w:r>
      <w:r w:rsidR="008C236E">
        <w:rPr>
          <w:rFonts w:ascii="Times New Roman" w:hAnsi="Times New Roman" w:cs="Times New Roman"/>
          <w:sz w:val="28"/>
          <w:szCs w:val="28"/>
          <w:lang w:val="vi-VN"/>
        </w:rPr>
        <w:t xml:space="preserve"> trường Tiểu học Nguyễn Bá Ngọ</w:t>
      </w:r>
      <w:r w:rsidR="00746E62">
        <w:rPr>
          <w:rFonts w:ascii="Times New Roman" w:hAnsi="Times New Roman" w:cs="Times New Roman"/>
          <w:sz w:val="28"/>
          <w:szCs w:val="28"/>
          <w:lang w:val="vi-VN"/>
        </w:rPr>
        <w:t>c</w:t>
      </w:r>
      <w:r w:rsidR="00746E62">
        <w:rPr>
          <w:rFonts w:ascii="Times New Roman" w:hAnsi="Times New Roman" w:cs="Times New Roman"/>
          <w:sz w:val="28"/>
          <w:szCs w:val="28"/>
        </w:rPr>
        <w:t>, xã Kiến Đức, tỉnh Lâm Đồ</w:t>
      </w:r>
      <w:r w:rsidR="002020F2">
        <w:rPr>
          <w:rFonts w:ascii="Times New Roman" w:hAnsi="Times New Roman" w:cs="Times New Roman"/>
          <w:sz w:val="28"/>
          <w:szCs w:val="28"/>
        </w:rPr>
        <w:t>ng.</w:t>
      </w:r>
    </w:p>
    <w:p w:rsidR="002647ED" w:rsidRPr="009C2E2E" w:rsidRDefault="00443B23" w:rsidP="009412A4">
      <w:pPr>
        <w:spacing w:line="240" w:lineRule="auto"/>
        <w:ind w:firstLine="720"/>
        <w:rPr>
          <w:rFonts w:ascii="Times New Roman" w:hAnsi="Times New Roman" w:cs="Times New Roman"/>
          <w:sz w:val="28"/>
          <w:szCs w:val="28"/>
        </w:rPr>
      </w:pPr>
      <w:r w:rsidRPr="009C2E2E">
        <w:rPr>
          <w:rFonts w:ascii="Times New Roman" w:hAnsi="Times New Roman" w:cs="Times New Roman"/>
          <w:sz w:val="28"/>
          <w:szCs w:val="28"/>
        </w:rPr>
        <w:t xml:space="preserve">Hình </w:t>
      </w:r>
      <w:r w:rsidRPr="009C2E2E">
        <w:rPr>
          <w:rFonts w:ascii="Times New Roman" w:hAnsi="Times New Roman" w:cs="Times New Roman"/>
          <w:sz w:val="28"/>
          <w:szCs w:val="28"/>
        </w:rPr>
        <w:t>ả</w:t>
      </w:r>
      <w:r w:rsidRPr="009C2E2E">
        <w:rPr>
          <w:rFonts w:ascii="Times New Roman" w:hAnsi="Times New Roman" w:cs="Times New Roman"/>
          <w:sz w:val="28"/>
          <w:szCs w:val="28"/>
        </w:rPr>
        <w:t>nh c</w:t>
      </w:r>
      <w:r w:rsidRPr="009C2E2E">
        <w:rPr>
          <w:rFonts w:ascii="Times New Roman" w:hAnsi="Times New Roman" w:cs="Times New Roman"/>
          <w:sz w:val="28"/>
          <w:szCs w:val="28"/>
        </w:rPr>
        <w:t>ổ</w:t>
      </w:r>
      <w:r w:rsidRPr="009C2E2E">
        <w:rPr>
          <w:rFonts w:ascii="Times New Roman" w:hAnsi="Times New Roman" w:cs="Times New Roman"/>
          <w:sz w:val="28"/>
          <w:szCs w:val="28"/>
        </w:rPr>
        <w:t>ng trư</w:t>
      </w:r>
      <w:r w:rsidRPr="009C2E2E">
        <w:rPr>
          <w:rFonts w:ascii="Times New Roman" w:hAnsi="Times New Roman" w:cs="Times New Roman"/>
          <w:sz w:val="28"/>
          <w:szCs w:val="28"/>
        </w:rPr>
        <w:t>ờ</w:t>
      </w:r>
      <w:r w:rsidRPr="009C2E2E">
        <w:rPr>
          <w:rFonts w:ascii="Times New Roman" w:hAnsi="Times New Roman" w:cs="Times New Roman"/>
          <w:sz w:val="28"/>
          <w:szCs w:val="28"/>
        </w:rPr>
        <w:t>ng đư</w:t>
      </w:r>
      <w:r w:rsidRPr="009C2E2E">
        <w:rPr>
          <w:rFonts w:ascii="Times New Roman" w:hAnsi="Times New Roman" w:cs="Times New Roman"/>
          <w:sz w:val="28"/>
          <w:szCs w:val="28"/>
        </w:rPr>
        <w:t>ợ</w:t>
      </w:r>
      <w:r w:rsidRPr="009C2E2E">
        <w:rPr>
          <w:rFonts w:ascii="Times New Roman" w:hAnsi="Times New Roman" w:cs="Times New Roman"/>
          <w:sz w:val="28"/>
          <w:szCs w:val="28"/>
        </w:rPr>
        <w:t>c trang hoàng r</w:t>
      </w:r>
      <w:r w:rsidRPr="009C2E2E">
        <w:rPr>
          <w:rFonts w:ascii="Times New Roman" w:hAnsi="Times New Roman" w:cs="Times New Roman"/>
          <w:sz w:val="28"/>
          <w:szCs w:val="28"/>
        </w:rPr>
        <w:t>ự</w:t>
      </w:r>
      <w:r w:rsidRPr="009C2E2E">
        <w:rPr>
          <w:rFonts w:ascii="Times New Roman" w:hAnsi="Times New Roman" w:cs="Times New Roman"/>
          <w:sz w:val="28"/>
          <w:szCs w:val="28"/>
        </w:rPr>
        <w:t>c r</w:t>
      </w:r>
      <w:r w:rsidRPr="009C2E2E">
        <w:rPr>
          <w:rFonts w:ascii="Times New Roman" w:hAnsi="Times New Roman" w:cs="Times New Roman"/>
          <w:sz w:val="28"/>
          <w:szCs w:val="28"/>
        </w:rPr>
        <w:t>ỡ</w:t>
      </w:r>
      <w:r w:rsidRPr="009C2E2E">
        <w:rPr>
          <w:rFonts w:ascii="Times New Roman" w:hAnsi="Times New Roman" w:cs="Times New Roman"/>
          <w:sz w:val="28"/>
          <w:szCs w:val="28"/>
        </w:rPr>
        <w:t xml:space="preserve"> v</w:t>
      </w:r>
      <w:r w:rsidRPr="009C2E2E">
        <w:rPr>
          <w:rFonts w:ascii="Times New Roman" w:hAnsi="Times New Roman" w:cs="Times New Roman"/>
          <w:sz w:val="28"/>
          <w:szCs w:val="28"/>
        </w:rPr>
        <w:t>ớ</w:t>
      </w:r>
      <w:r w:rsidRPr="009C2E2E">
        <w:rPr>
          <w:rFonts w:ascii="Times New Roman" w:hAnsi="Times New Roman" w:cs="Times New Roman"/>
          <w:sz w:val="28"/>
          <w:szCs w:val="28"/>
        </w:rPr>
        <w:t>i băng rôn chào m</w:t>
      </w:r>
      <w:r w:rsidRPr="009C2E2E">
        <w:rPr>
          <w:rFonts w:ascii="Times New Roman" w:hAnsi="Times New Roman" w:cs="Times New Roman"/>
          <w:sz w:val="28"/>
          <w:szCs w:val="28"/>
        </w:rPr>
        <w:t>ừ</w:t>
      </w:r>
      <w:r w:rsidRPr="009C2E2E">
        <w:rPr>
          <w:rFonts w:ascii="Times New Roman" w:hAnsi="Times New Roman" w:cs="Times New Roman"/>
          <w:sz w:val="28"/>
          <w:szCs w:val="28"/>
        </w:rPr>
        <w:t>ng năm h</w:t>
      </w:r>
      <w:r w:rsidRPr="009C2E2E">
        <w:rPr>
          <w:rFonts w:ascii="Times New Roman" w:hAnsi="Times New Roman" w:cs="Times New Roman"/>
          <w:sz w:val="28"/>
          <w:szCs w:val="28"/>
        </w:rPr>
        <w:t>ọ</w:t>
      </w:r>
      <w:r w:rsidRPr="009C2E2E">
        <w:rPr>
          <w:rFonts w:ascii="Times New Roman" w:hAnsi="Times New Roman" w:cs="Times New Roman"/>
          <w:sz w:val="28"/>
          <w:szCs w:val="28"/>
        </w:rPr>
        <w:t>c m</w:t>
      </w:r>
      <w:r w:rsidRPr="009C2E2E">
        <w:rPr>
          <w:rFonts w:ascii="Times New Roman" w:hAnsi="Times New Roman" w:cs="Times New Roman"/>
          <w:sz w:val="28"/>
          <w:szCs w:val="28"/>
        </w:rPr>
        <w:t>ớ</w:t>
      </w:r>
      <w:r w:rsidRPr="009C2E2E">
        <w:rPr>
          <w:rFonts w:ascii="Times New Roman" w:hAnsi="Times New Roman" w:cs="Times New Roman"/>
          <w:sz w:val="28"/>
          <w:szCs w:val="28"/>
        </w:rPr>
        <w:t>i. C</w:t>
      </w:r>
      <w:r w:rsidRPr="009C2E2E">
        <w:rPr>
          <w:rFonts w:ascii="Times New Roman" w:hAnsi="Times New Roman" w:cs="Times New Roman"/>
          <w:sz w:val="28"/>
          <w:szCs w:val="28"/>
        </w:rPr>
        <w:t>ờ</w:t>
      </w:r>
      <w:r w:rsidRPr="009C2E2E">
        <w:rPr>
          <w:rFonts w:ascii="Times New Roman" w:hAnsi="Times New Roman" w:cs="Times New Roman"/>
          <w:sz w:val="28"/>
          <w:szCs w:val="28"/>
        </w:rPr>
        <w:t xml:space="preserve"> đ</w:t>
      </w:r>
      <w:r w:rsidRPr="009C2E2E">
        <w:rPr>
          <w:rFonts w:ascii="Times New Roman" w:hAnsi="Times New Roman" w:cs="Times New Roman"/>
          <w:sz w:val="28"/>
          <w:szCs w:val="28"/>
        </w:rPr>
        <w:t>ỏ</w:t>
      </w:r>
      <w:r w:rsidRPr="009C2E2E">
        <w:rPr>
          <w:rFonts w:ascii="Times New Roman" w:hAnsi="Times New Roman" w:cs="Times New Roman"/>
          <w:sz w:val="28"/>
          <w:szCs w:val="28"/>
        </w:rPr>
        <w:t xml:space="preserve"> sao vàng và c</w:t>
      </w:r>
      <w:r w:rsidRPr="009C2E2E">
        <w:rPr>
          <w:rFonts w:ascii="Times New Roman" w:hAnsi="Times New Roman" w:cs="Times New Roman"/>
          <w:sz w:val="28"/>
          <w:szCs w:val="28"/>
        </w:rPr>
        <w:t>ờ</w:t>
      </w:r>
      <w:r w:rsidRPr="009C2E2E">
        <w:rPr>
          <w:rFonts w:ascii="Times New Roman" w:hAnsi="Times New Roman" w:cs="Times New Roman"/>
          <w:sz w:val="28"/>
          <w:szCs w:val="28"/>
        </w:rPr>
        <w:t xml:space="preserve"> Đ</w:t>
      </w:r>
      <w:r w:rsidRPr="009C2E2E">
        <w:rPr>
          <w:rFonts w:ascii="Times New Roman" w:hAnsi="Times New Roman" w:cs="Times New Roman"/>
          <w:sz w:val="28"/>
          <w:szCs w:val="28"/>
        </w:rPr>
        <w:t>ả</w:t>
      </w:r>
      <w:r w:rsidRPr="009C2E2E">
        <w:rPr>
          <w:rFonts w:ascii="Times New Roman" w:hAnsi="Times New Roman" w:cs="Times New Roman"/>
          <w:sz w:val="28"/>
          <w:szCs w:val="28"/>
        </w:rPr>
        <w:t>ng đư</w:t>
      </w:r>
      <w:r w:rsidRPr="009C2E2E">
        <w:rPr>
          <w:rFonts w:ascii="Times New Roman" w:hAnsi="Times New Roman" w:cs="Times New Roman"/>
          <w:sz w:val="28"/>
          <w:szCs w:val="28"/>
        </w:rPr>
        <w:t>ợ</w:t>
      </w:r>
      <w:r w:rsidRPr="009C2E2E">
        <w:rPr>
          <w:rFonts w:ascii="Times New Roman" w:hAnsi="Times New Roman" w:cs="Times New Roman"/>
          <w:sz w:val="28"/>
          <w:szCs w:val="28"/>
        </w:rPr>
        <w:t>c treo đ</w:t>
      </w:r>
      <w:r w:rsidRPr="009C2E2E">
        <w:rPr>
          <w:rFonts w:ascii="Times New Roman" w:hAnsi="Times New Roman" w:cs="Times New Roman"/>
          <w:sz w:val="28"/>
          <w:szCs w:val="28"/>
        </w:rPr>
        <w:t>ề</w:t>
      </w:r>
      <w:r w:rsidRPr="009C2E2E">
        <w:rPr>
          <w:rFonts w:ascii="Times New Roman" w:hAnsi="Times New Roman" w:cs="Times New Roman"/>
          <w:sz w:val="28"/>
          <w:szCs w:val="28"/>
        </w:rPr>
        <w:t>u hai bên, t</w:t>
      </w:r>
      <w:r w:rsidRPr="009C2E2E">
        <w:rPr>
          <w:rFonts w:ascii="Times New Roman" w:hAnsi="Times New Roman" w:cs="Times New Roman"/>
          <w:sz w:val="28"/>
          <w:szCs w:val="28"/>
        </w:rPr>
        <w:t>ạ</w:t>
      </w:r>
      <w:r w:rsidRPr="009C2E2E">
        <w:rPr>
          <w:rFonts w:ascii="Times New Roman" w:hAnsi="Times New Roman" w:cs="Times New Roman"/>
          <w:sz w:val="28"/>
          <w:szCs w:val="28"/>
        </w:rPr>
        <w:t>o không khí trang tr</w:t>
      </w:r>
      <w:r w:rsidRPr="009C2E2E">
        <w:rPr>
          <w:rFonts w:ascii="Times New Roman" w:hAnsi="Times New Roman" w:cs="Times New Roman"/>
          <w:sz w:val="28"/>
          <w:szCs w:val="28"/>
        </w:rPr>
        <w:t>ọ</w:t>
      </w:r>
      <w:r w:rsidRPr="009C2E2E">
        <w:rPr>
          <w:rFonts w:ascii="Times New Roman" w:hAnsi="Times New Roman" w:cs="Times New Roman"/>
          <w:sz w:val="28"/>
          <w:szCs w:val="28"/>
        </w:rPr>
        <w:t>ng, thiêng liêng, như l</w:t>
      </w:r>
      <w:r w:rsidRPr="009C2E2E">
        <w:rPr>
          <w:rFonts w:ascii="Times New Roman" w:hAnsi="Times New Roman" w:cs="Times New Roman"/>
          <w:sz w:val="28"/>
          <w:szCs w:val="28"/>
        </w:rPr>
        <w:t>ờ</w:t>
      </w:r>
      <w:r w:rsidRPr="009C2E2E">
        <w:rPr>
          <w:rFonts w:ascii="Times New Roman" w:hAnsi="Times New Roman" w:cs="Times New Roman"/>
          <w:sz w:val="28"/>
          <w:szCs w:val="28"/>
        </w:rPr>
        <w:t>i chào đón h</w:t>
      </w:r>
      <w:r w:rsidRPr="009C2E2E">
        <w:rPr>
          <w:rFonts w:ascii="Times New Roman" w:hAnsi="Times New Roman" w:cs="Times New Roman"/>
          <w:sz w:val="28"/>
          <w:szCs w:val="28"/>
        </w:rPr>
        <w:t>ọ</w:t>
      </w:r>
      <w:r w:rsidRPr="009C2E2E">
        <w:rPr>
          <w:rFonts w:ascii="Times New Roman" w:hAnsi="Times New Roman" w:cs="Times New Roman"/>
          <w:sz w:val="28"/>
          <w:szCs w:val="28"/>
        </w:rPr>
        <w:t>c sinh, ph</w:t>
      </w:r>
      <w:r w:rsidRPr="009C2E2E">
        <w:rPr>
          <w:rFonts w:ascii="Times New Roman" w:hAnsi="Times New Roman" w:cs="Times New Roman"/>
          <w:sz w:val="28"/>
          <w:szCs w:val="28"/>
        </w:rPr>
        <w:t>ụ</w:t>
      </w:r>
      <w:r w:rsidRPr="009C2E2E">
        <w:rPr>
          <w:rFonts w:ascii="Times New Roman" w:hAnsi="Times New Roman" w:cs="Times New Roman"/>
          <w:sz w:val="28"/>
          <w:szCs w:val="28"/>
        </w:rPr>
        <w:t xml:space="preserve"> huynh và</w:t>
      </w:r>
      <w:r w:rsidR="00746E62">
        <w:rPr>
          <w:rFonts w:ascii="Times New Roman" w:hAnsi="Times New Roman" w:cs="Times New Roman"/>
          <w:sz w:val="28"/>
          <w:szCs w:val="28"/>
        </w:rPr>
        <w:t xml:space="preserve"> </w:t>
      </w:r>
      <w:r w:rsidRPr="009C2E2E">
        <w:rPr>
          <w:rFonts w:ascii="Times New Roman" w:hAnsi="Times New Roman" w:cs="Times New Roman"/>
          <w:sz w:val="28"/>
          <w:szCs w:val="28"/>
        </w:rPr>
        <w:t>quý đ</w:t>
      </w:r>
      <w:r w:rsidRPr="009C2E2E">
        <w:rPr>
          <w:rFonts w:ascii="Times New Roman" w:hAnsi="Times New Roman" w:cs="Times New Roman"/>
          <w:sz w:val="28"/>
          <w:szCs w:val="28"/>
        </w:rPr>
        <w:t>ạ</w:t>
      </w:r>
      <w:r w:rsidRPr="009C2E2E">
        <w:rPr>
          <w:rFonts w:ascii="Times New Roman" w:hAnsi="Times New Roman" w:cs="Times New Roman"/>
          <w:sz w:val="28"/>
          <w:szCs w:val="28"/>
        </w:rPr>
        <w:t>i bi</w:t>
      </w:r>
      <w:r w:rsidRPr="009C2E2E">
        <w:rPr>
          <w:rFonts w:ascii="Times New Roman" w:hAnsi="Times New Roman" w:cs="Times New Roman"/>
          <w:sz w:val="28"/>
          <w:szCs w:val="28"/>
        </w:rPr>
        <w:t>ể</w:t>
      </w:r>
      <w:r w:rsidRPr="009C2E2E">
        <w:rPr>
          <w:rFonts w:ascii="Times New Roman" w:hAnsi="Times New Roman" w:cs="Times New Roman"/>
          <w:sz w:val="28"/>
          <w:szCs w:val="28"/>
        </w:rPr>
        <w:t>u bư</w:t>
      </w:r>
      <w:r w:rsidRPr="009C2E2E">
        <w:rPr>
          <w:rFonts w:ascii="Times New Roman" w:hAnsi="Times New Roman" w:cs="Times New Roman"/>
          <w:sz w:val="28"/>
          <w:szCs w:val="28"/>
        </w:rPr>
        <w:t>ớ</w:t>
      </w:r>
      <w:r w:rsidRPr="009C2E2E">
        <w:rPr>
          <w:rFonts w:ascii="Times New Roman" w:hAnsi="Times New Roman" w:cs="Times New Roman"/>
          <w:sz w:val="28"/>
          <w:szCs w:val="28"/>
        </w:rPr>
        <w:t>c vào năm h</w:t>
      </w:r>
      <w:r w:rsidRPr="009C2E2E">
        <w:rPr>
          <w:rFonts w:ascii="Times New Roman" w:hAnsi="Times New Roman" w:cs="Times New Roman"/>
          <w:sz w:val="28"/>
          <w:szCs w:val="28"/>
        </w:rPr>
        <w:t>ọ</w:t>
      </w:r>
      <w:r w:rsidRPr="009C2E2E">
        <w:rPr>
          <w:rFonts w:ascii="Times New Roman" w:hAnsi="Times New Roman" w:cs="Times New Roman"/>
          <w:sz w:val="28"/>
          <w:szCs w:val="28"/>
        </w:rPr>
        <w:t xml:space="preserve">c 2025 </w:t>
      </w:r>
      <w:r w:rsidR="00746E62">
        <w:rPr>
          <w:rFonts w:ascii="Times New Roman" w:hAnsi="Times New Roman" w:cs="Times New Roman"/>
          <w:sz w:val="28"/>
          <w:szCs w:val="28"/>
        </w:rPr>
        <w:t>–</w:t>
      </w:r>
      <w:r w:rsidRPr="009C2E2E">
        <w:rPr>
          <w:rFonts w:ascii="Times New Roman" w:hAnsi="Times New Roman" w:cs="Times New Roman"/>
          <w:sz w:val="28"/>
          <w:szCs w:val="28"/>
        </w:rPr>
        <w:t xml:space="preserve"> 20</w:t>
      </w:r>
      <w:r w:rsidR="00746E62">
        <w:rPr>
          <w:rFonts w:ascii="Times New Roman" w:hAnsi="Times New Roman" w:cs="Times New Roman"/>
          <w:sz w:val="28"/>
          <w:szCs w:val="28"/>
        </w:rPr>
        <w:t>26.</w:t>
      </w:r>
      <w:r w:rsidR="00746E62" w:rsidRPr="009C2E2E">
        <w:rPr>
          <w:rFonts w:ascii="Times New Roman" w:hAnsi="Times New Roman" w:cs="Times New Roman"/>
          <w:noProof/>
          <w:sz w:val="28"/>
          <w:szCs w:val="28"/>
        </w:rPr>
        <w:drawing>
          <wp:inline distT="0" distB="0" distL="0" distR="0" wp14:anchorId="74FB5F08" wp14:editId="6A79B31C">
            <wp:extent cx="5942766" cy="44577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6553d370582e0161.jpg"/>
                    <pic:cNvPicPr/>
                  </pic:nvPicPr>
                  <pic:blipFill>
                    <a:blip r:embed="rId6"/>
                    <a:stretch>
                      <a:fillRect/>
                    </a:stretch>
                  </pic:blipFill>
                  <pic:spPr>
                    <a:xfrm>
                      <a:off x="0" y="0"/>
                      <a:ext cx="5944378" cy="4458909"/>
                    </a:xfrm>
                    <a:prstGeom prst="rect">
                      <a:avLst/>
                    </a:prstGeom>
                  </pic:spPr>
                </pic:pic>
              </a:graphicData>
            </a:graphic>
          </wp:inline>
        </w:drawing>
      </w:r>
      <w:r w:rsidRPr="009C2E2E">
        <w:rPr>
          <w:rFonts w:ascii="Times New Roman" w:hAnsi="Times New Roman" w:cs="Times New Roman"/>
          <w:sz w:val="28"/>
          <w:szCs w:val="28"/>
        </w:rPr>
        <w:t>.</w:t>
      </w:r>
    </w:p>
    <w:p w:rsidR="00D96E5C" w:rsidRPr="00D96E5C" w:rsidRDefault="009412A4" w:rsidP="00BF5EC6">
      <w:pPr>
        <w:spacing w:after="0" w:line="240" w:lineRule="auto"/>
        <w:ind w:firstLine="567"/>
        <w:jc w:val="both"/>
        <w:rPr>
          <w:rFonts w:ascii="Times New Roman" w:hAnsi="Times New Roman" w:cs="Times New Roman"/>
          <w:sz w:val="28"/>
          <w:szCs w:val="28"/>
          <w:lang w:val="vi-VN"/>
        </w:rPr>
      </w:pPr>
      <w:r>
        <w:rPr>
          <w:rFonts w:ascii="Times New Roman" w:hAnsi="Times New Roman" w:cs="Times New Roman"/>
          <w:sz w:val="28"/>
          <w:szCs w:val="28"/>
        </w:rPr>
        <w:lastRenderedPageBreak/>
        <w:t>N</w:t>
      </w:r>
      <w:r w:rsidR="00746E62">
        <w:rPr>
          <w:rFonts w:ascii="Times New Roman" w:hAnsi="Times New Roman" w:cs="Times New Roman"/>
          <w:sz w:val="28"/>
          <w:szCs w:val="28"/>
        </w:rPr>
        <w:t>hà đa năng</w:t>
      </w:r>
      <w:r w:rsidR="00443B23" w:rsidRPr="009C2E2E">
        <w:rPr>
          <w:rFonts w:ascii="Times New Roman" w:hAnsi="Times New Roman" w:cs="Times New Roman"/>
          <w:sz w:val="28"/>
          <w:szCs w:val="28"/>
        </w:rPr>
        <w:t xml:space="preserve"> </w:t>
      </w:r>
      <w:r>
        <w:rPr>
          <w:rFonts w:ascii="Times New Roman" w:hAnsi="Times New Roman" w:cs="Times New Roman"/>
          <w:sz w:val="28"/>
          <w:szCs w:val="28"/>
        </w:rPr>
        <w:t xml:space="preserve">có </w:t>
      </w:r>
      <w:r w:rsidR="00443B23" w:rsidRPr="009C2E2E">
        <w:rPr>
          <w:rFonts w:ascii="Times New Roman" w:hAnsi="Times New Roman" w:cs="Times New Roman"/>
          <w:sz w:val="28"/>
          <w:szCs w:val="28"/>
        </w:rPr>
        <w:t>mái che</w:t>
      </w:r>
      <w:r>
        <w:rPr>
          <w:rFonts w:ascii="Times New Roman" w:hAnsi="Times New Roman" w:cs="Times New Roman"/>
          <w:sz w:val="28"/>
          <w:szCs w:val="28"/>
        </w:rPr>
        <w:t xml:space="preserve"> </w:t>
      </w:r>
      <w:r w:rsidR="00443B23" w:rsidRPr="009C2E2E">
        <w:rPr>
          <w:rFonts w:ascii="Times New Roman" w:hAnsi="Times New Roman" w:cs="Times New Roman"/>
          <w:sz w:val="28"/>
          <w:szCs w:val="28"/>
        </w:rPr>
        <w:t>đư</w:t>
      </w:r>
      <w:r w:rsidR="00443B23" w:rsidRPr="009C2E2E">
        <w:rPr>
          <w:rFonts w:ascii="Times New Roman" w:hAnsi="Times New Roman" w:cs="Times New Roman"/>
          <w:sz w:val="28"/>
          <w:szCs w:val="28"/>
        </w:rPr>
        <w:t>ợ</w:t>
      </w:r>
      <w:r w:rsidR="00443B23" w:rsidRPr="009C2E2E">
        <w:rPr>
          <w:rFonts w:ascii="Times New Roman" w:hAnsi="Times New Roman" w:cs="Times New Roman"/>
          <w:sz w:val="28"/>
          <w:szCs w:val="28"/>
        </w:rPr>
        <w:t>c trang trí c</w:t>
      </w:r>
      <w:r w:rsidR="00443B23" w:rsidRPr="009C2E2E">
        <w:rPr>
          <w:rFonts w:ascii="Times New Roman" w:hAnsi="Times New Roman" w:cs="Times New Roman"/>
          <w:sz w:val="28"/>
          <w:szCs w:val="28"/>
        </w:rPr>
        <w:t>ờ</w:t>
      </w:r>
      <w:r>
        <w:rPr>
          <w:rFonts w:ascii="Times New Roman" w:hAnsi="Times New Roman" w:cs="Times New Roman"/>
          <w:sz w:val="28"/>
          <w:szCs w:val="28"/>
        </w:rPr>
        <w:t xml:space="preserve"> Tổ quốc, cờ Đảng</w:t>
      </w:r>
      <w:r w:rsidR="00443B23" w:rsidRPr="009C2E2E">
        <w:rPr>
          <w:rFonts w:ascii="Times New Roman" w:hAnsi="Times New Roman" w:cs="Times New Roman"/>
          <w:sz w:val="28"/>
          <w:szCs w:val="28"/>
        </w:rPr>
        <w:t xml:space="preserve"> t</w:t>
      </w:r>
      <w:r w:rsidR="00443B23" w:rsidRPr="009C2E2E">
        <w:rPr>
          <w:rFonts w:ascii="Times New Roman" w:hAnsi="Times New Roman" w:cs="Times New Roman"/>
          <w:sz w:val="28"/>
          <w:szCs w:val="28"/>
        </w:rPr>
        <w:t>ạ</w:t>
      </w:r>
      <w:r w:rsidR="00443B23" w:rsidRPr="009C2E2E">
        <w:rPr>
          <w:rFonts w:ascii="Times New Roman" w:hAnsi="Times New Roman" w:cs="Times New Roman"/>
          <w:sz w:val="28"/>
          <w:szCs w:val="28"/>
        </w:rPr>
        <w:t>o nên không gian r</w:t>
      </w:r>
      <w:r w:rsidR="00443B23" w:rsidRPr="009C2E2E">
        <w:rPr>
          <w:rFonts w:ascii="Times New Roman" w:hAnsi="Times New Roman" w:cs="Times New Roman"/>
          <w:sz w:val="28"/>
          <w:szCs w:val="28"/>
        </w:rPr>
        <w:t>ộ</w:t>
      </w:r>
      <w:r w:rsidR="00443B23" w:rsidRPr="009C2E2E">
        <w:rPr>
          <w:rFonts w:ascii="Times New Roman" w:hAnsi="Times New Roman" w:cs="Times New Roman"/>
          <w:sz w:val="28"/>
          <w:szCs w:val="28"/>
        </w:rPr>
        <w:t>n ràng</w:t>
      </w:r>
      <w:r w:rsidR="00BF5EC6">
        <w:rPr>
          <w:rFonts w:ascii="Times New Roman" w:hAnsi="Times New Roman" w:cs="Times New Roman"/>
          <w:sz w:val="28"/>
          <w:szCs w:val="28"/>
        </w:rPr>
        <w:t xml:space="preserve">, </w:t>
      </w:r>
      <w:r w:rsidR="00BF5EC6" w:rsidRPr="009C2E2E">
        <w:rPr>
          <w:rFonts w:ascii="Times New Roman" w:hAnsi="Times New Roman" w:cs="Times New Roman"/>
          <w:sz w:val="28"/>
          <w:szCs w:val="28"/>
        </w:rPr>
        <w:t>không khí thiêng liêng của buổi lễ</w:t>
      </w:r>
      <w:r w:rsidR="00443B23" w:rsidRPr="009C2E2E">
        <w:rPr>
          <w:rFonts w:ascii="Times New Roman" w:hAnsi="Times New Roman" w:cs="Times New Roman"/>
          <w:sz w:val="28"/>
          <w:szCs w:val="28"/>
        </w:rPr>
        <w:t>. Đây</w:t>
      </w:r>
      <w:r w:rsidR="00BF5EC6">
        <w:rPr>
          <w:rFonts w:ascii="Times New Roman" w:hAnsi="Times New Roman" w:cs="Times New Roman"/>
          <w:sz w:val="28"/>
          <w:szCs w:val="28"/>
        </w:rPr>
        <w:t xml:space="preserve"> là nơi</w:t>
      </w:r>
      <w:r w:rsidR="00443B23" w:rsidRPr="009C2E2E">
        <w:rPr>
          <w:rFonts w:ascii="Times New Roman" w:hAnsi="Times New Roman" w:cs="Times New Roman"/>
          <w:sz w:val="28"/>
          <w:szCs w:val="28"/>
        </w:rPr>
        <w:t xml:space="preserve"> </w:t>
      </w:r>
      <w:r>
        <w:rPr>
          <w:rFonts w:ascii="Times New Roman" w:hAnsi="Times New Roman" w:cs="Times New Roman"/>
          <w:sz w:val="28"/>
          <w:szCs w:val="28"/>
        </w:rPr>
        <w:t>diễn ra L</w:t>
      </w:r>
      <w:r w:rsidR="00443B23" w:rsidRPr="009C2E2E">
        <w:rPr>
          <w:rFonts w:ascii="Times New Roman" w:hAnsi="Times New Roman" w:cs="Times New Roman"/>
          <w:sz w:val="28"/>
          <w:szCs w:val="28"/>
        </w:rPr>
        <w:t>ễ</w:t>
      </w:r>
      <w:r w:rsidR="00443B23" w:rsidRPr="009C2E2E">
        <w:rPr>
          <w:rFonts w:ascii="Times New Roman" w:hAnsi="Times New Roman" w:cs="Times New Roman"/>
          <w:sz w:val="28"/>
          <w:szCs w:val="28"/>
        </w:rPr>
        <w:t xml:space="preserve"> khai gi</w:t>
      </w:r>
      <w:r w:rsidR="00443B23" w:rsidRPr="009C2E2E">
        <w:rPr>
          <w:rFonts w:ascii="Times New Roman" w:hAnsi="Times New Roman" w:cs="Times New Roman"/>
          <w:sz w:val="28"/>
          <w:szCs w:val="28"/>
        </w:rPr>
        <w:t>ả</w:t>
      </w:r>
      <w:r w:rsidR="00746E62">
        <w:rPr>
          <w:rFonts w:ascii="Times New Roman" w:hAnsi="Times New Roman" w:cs="Times New Roman"/>
          <w:sz w:val="28"/>
          <w:szCs w:val="28"/>
        </w:rPr>
        <w:t>ng</w:t>
      </w:r>
      <w:r>
        <w:rPr>
          <w:rFonts w:ascii="Times New Roman" w:hAnsi="Times New Roman" w:cs="Times New Roman"/>
          <w:sz w:val="28"/>
          <w:szCs w:val="28"/>
        </w:rPr>
        <w:t xml:space="preserve"> năm học 2025 - 2026</w:t>
      </w:r>
      <w:r w:rsidR="00746E62">
        <w:rPr>
          <w:rFonts w:ascii="Times New Roman" w:hAnsi="Times New Roman" w:cs="Times New Roman"/>
          <w:sz w:val="28"/>
          <w:szCs w:val="28"/>
        </w:rPr>
        <w:t xml:space="preserve"> gắn với kỉ niệm 80 năm thành lập Bộ Quốc gia giáo dụ</w:t>
      </w:r>
      <w:r w:rsidR="00BF5EC6">
        <w:rPr>
          <w:rFonts w:ascii="Times New Roman" w:hAnsi="Times New Roman" w:cs="Times New Roman"/>
          <w:sz w:val="28"/>
          <w:szCs w:val="28"/>
        </w:rPr>
        <w:t>c của thầy và trò trường Tiểu học Nguyễn Bá Ngọc.</w:t>
      </w:r>
      <w:r>
        <w:rPr>
          <w:rFonts w:ascii="Times New Roman" w:hAnsi="Times New Roman" w:cs="Times New Roman"/>
          <w:sz w:val="28"/>
          <w:szCs w:val="28"/>
        </w:rPr>
        <w:t xml:space="preserve"> </w:t>
      </w:r>
      <w:r w:rsidR="00D96E5C" w:rsidRPr="009C2E2E">
        <w:rPr>
          <w:rFonts w:ascii="Times New Roman" w:hAnsi="Times New Roman" w:cs="Times New Roman"/>
          <w:sz w:val="28"/>
          <w:szCs w:val="28"/>
        </w:rPr>
        <w:t xml:space="preserve">Đây chính là trái tim của </w:t>
      </w:r>
      <w:r w:rsidR="00BF5EC6">
        <w:rPr>
          <w:rFonts w:ascii="Times New Roman" w:hAnsi="Times New Roman" w:cs="Times New Roman"/>
          <w:sz w:val="28"/>
          <w:szCs w:val="28"/>
        </w:rPr>
        <w:t>Buổi Lễ Khai Giảng.</w:t>
      </w:r>
    </w:p>
    <w:p w:rsidR="00746E62" w:rsidRDefault="00D96E5C" w:rsidP="00746E62">
      <w:pPr>
        <w:spacing w:line="360" w:lineRule="auto"/>
        <w:jc w:val="center"/>
        <w:rPr>
          <w:rFonts w:ascii="Times New Roman" w:hAnsi="Times New Roman" w:cs="Times New Roman"/>
          <w:sz w:val="28"/>
          <w:szCs w:val="28"/>
        </w:rPr>
      </w:pPr>
      <w:r w:rsidRPr="009C2E2E">
        <w:rPr>
          <w:rFonts w:ascii="Times New Roman" w:hAnsi="Times New Roman" w:cs="Times New Roman"/>
          <w:noProof/>
          <w:sz w:val="28"/>
          <w:szCs w:val="28"/>
        </w:rPr>
        <w:drawing>
          <wp:inline distT="0" distB="0" distL="0" distR="0" wp14:anchorId="38A563B4" wp14:editId="3BEECB81">
            <wp:extent cx="6053668" cy="328803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
                    <a:stretch>
                      <a:fillRect/>
                    </a:stretch>
                  </pic:blipFill>
                  <pic:spPr>
                    <a:xfrm>
                      <a:off x="0" y="0"/>
                      <a:ext cx="6058101" cy="3290438"/>
                    </a:xfrm>
                    <a:prstGeom prst="rect">
                      <a:avLst/>
                    </a:prstGeom>
                  </pic:spPr>
                </pic:pic>
              </a:graphicData>
            </a:graphic>
          </wp:inline>
        </w:drawing>
      </w:r>
    </w:p>
    <w:p w:rsidR="002647ED" w:rsidRPr="009C2E2E" w:rsidRDefault="00443B23" w:rsidP="00561ACC">
      <w:pPr>
        <w:spacing w:line="360" w:lineRule="auto"/>
        <w:ind w:firstLine="709"/>
        <w:jc w:val="both"/>
        <w:rPr>
          <w:rFonts w:ascii="Times New Roman" w:hAnsi="Times New Roman" w:cs="Times New Roman"/>
          <w:sz w:val="28"/>
          <w:szCs w:val="28"/>
        </w:rPr>
      </w:pPr>
      <w:r w:rsidRPr="009C2E2E">
        <w:rPr>
          <w:rFonts w:ascii="Times New Roman" w:hAnsi="Times New Roman" w:cs="Times New Roman"/>
          <w:sz w:val="28"/>
          <w:szCs w:val="28"/>
        </w:rPr>
        <w:t>Con đư</w:t>
      </w:r>
      <w:r w:rsidRPr="009C2E2E">
        <w:rPr>
          <w:rFonts w:ascii="Times New Roman" w:hAnsi="Times New Roman" w:cs="Times New Roman"/>
          <w:sz w:val="28"/>
          <w:szCs w:val="28"/>
        </w:rPr>
        <w:t>ờ</w:t>
      </w:r>
      <w:r w:rsidRPr="009C2E2E">
        <w:rPr>
          <w:rFonts w:ascii="Times New Roman" w:hAnsi="Times New Roman" w:cs="Times New Roman"/>
          <w:sz w:val="28"/>
          <w:szCs w:val="28"/>
        </w:rPr>
        <w:t>ng b</w:t>
      </w:r>
      <w:r w:rsidRPr="009C2E2E">
        <w:rPr>
          <w:rFonts w:ascii="Times New Roman" w:hAnsi="Times New Roman" w:cs="Times New Roman"/>
          <w:sz w:val="28"/>
          <w:szCs w:val="28"/>
        </w:rPr>
        <w:t>ậ</w:t>
      </w:r>
      <w:r w:rsidRPr="009C2E2E">
        <w:rPr>
          <w:rFonts w:ascii="Times New Roman" w:hAnsi="Times New Roman" w:cs="Times New Roman"/>
          <w:sz w:val="28"/>
          <w:szCs w:val="28"/>
        </w:rPr>
        <w:t>c thang d</w:t>
      </w:r>
      <w:r w:rsidRPr="009C2E2E">
        <w:rPr>
          <w:rFonts w:ascii="Times New Roman" w:hAnsi="Times New Roman" w:cs="Times New Roman"/>
          <w:sz w:val="28"/>
          <w:szCs w:val="28"/>
        </w:rPr>
        <w:t>ẫ</w:t>
      </w:r>
      <w:r w:rsidRPr="009C2E2E">
        <w:rPr>
          <w:rFonts w:ascii="Times New Roman" w:hAnsi="Times New Roman" w:cs="Times New Roman"/>
          <w:sz w:val="28"/>
          <w:szCs w:val="28"/>
        </w:rPr>
        <w:t>n lên khu l</w:t>
      </w:r>
      <w:r w:rsidRPr="009C2E2E">
        <w:rPr>
          <w:rFonts w:ascii="Times New Roman" w:hAnsi="Times New Roman" w:cs="Times New Roman"/>
          <w:sz w:val="28"/>
          <w:szCs w:val="28"/>
        </w:rPr>
        <w:t>ớ</w:t>
      </w:r>
      <w:r w:rsidRPr="009C2E2E">
        <w:rPr>
          <w:rFonts w:ascii="Times New Roman" w:hAnsi="Times New Roman" w:cs="Times New Roman"/>
          <w:sz w:val="28"/>
          <w:szCs w:val="28"/>
        </w:rPr>
        <w:t>p h</w:t>
      </w:r>
      <w:r w:rsidRPr="009C2E2E">
        <w:rPr>
          <w:rFonts w:ascii="Times New Roman" w:hAnsi="Times New Roman" w:cs="Times New Roman"/>
          <w:sz w:val="28"/>
          <w:szCs w:val="28"/>
        </w:rPr>
        <w:t>ọ</w:t>
      </w:r>
      <w:r w:rsidRPr="009C2E2E">
        <w:rPr>
          <w:rFonts w:ascii="Times New Roman" w:hAnsi="Times New Roman" w:cs="Times New Roman"/>
          <w:sz w:val="28"/>
          <w:szCs w:val="28"/>
        </w:rPr>
        <w:t>c tr</w:t>
      </w:r>
      <w:r w:rsidRPr="009C2E2E">
        <w:rPr>
          <w:rFonts w:ascii="Times New Roman" w:hAnsi="Times New Roman" w:cs="Times New Roman"/>
          <w:sz w:val="28"/>
          <w:szCs w:val="28"/>
        </w:rPr>
        <w:t>ở</w:t>
      </w:r>
      <w:r w:rsidRPr="009C2E2E">
        <w:rPr>
          <w:rFonts w:ascii="Times New Roman" w:hAnsi="Times New Roman" w:cs="Times New Roman"/>
          <w:sz w:val="28"/>
          <w:szCs w:val="28"/>
        </w:rPr>
        <w:t xml:space="preserve"> nên đ</w:t>
      </w:r>
      <w:r w:rsidRPr="009C2E2E">
        <w:rPr>
          <w:rFonts w:ascii="Times New Roman" w:hAnsi="Times New Roman" w:cs="Times New Roman"/>
          <w:sz w:val="28"/>
          <w:szCs w:val="28"/>
        </w:rPr>
        <w:t>ầ</w:t>
      </w:r>
      <w:r w:rsidRPr="009C2E2E">
        <w:rPr>
          <w:rFonts w:ascii="Times New Roman" w:hAnsi="Times New Roman" w:cs="Times New Roman"/>
          <w:sz w:val="28"/>
          <w:szCs w:val="28"/>
        </w:rPr>
        <w:t>y màu s</w:t>
      </w:r>
      <w:r w:rsidRPr="009C2E2E">
        <w:rPr>
          <w:rFonts w:ascii="Times New Roman" w:hAnsi="Times New Roman" w:cs="Times New Roman"/>
          <w:sz w:val="28"/>
          <w:szCs w:val="28"/>
        </w:rPr>
        <w:t>ắ</w:t>
      </w:r>
      <w:r w:rsidRPr="009C2E2E">
        <w:rPr>
          <w:rFonts w:ascii="Times New Roman" w:hAnsi="Times New Roman" w:cs="Times New Roman"/>
          <w:sz w:val="28"/>
          <w:szCs w:val="28"/>
        </w:rPr>
        <w:t>c v</w:t>
      </w:r>
      <w:r w:rsidRPr="009C2E2E">
        <w:rPr>
          <w:rFonts w:ascii="Times New Roman" w:hAnsi="Times New Roman" w:cs="Times New Roman"/>
          <w:sz w:val="28"/>
          <w:szCs w:val="28"/>
        </w:rPr>
        <w:t>ớ</w:t>
      </w:r>
      <w:r w:rsidRPr="009C2E2E">
        <w:rPr>
          <w:rFonts w:ascii="Times New Roman" w:hAnsi="Times New Roman" w:cs="Times New Roman"/>
          <w:sz w:val="28"/>
          <w:szCs w:val="28"/>
        </w:rPr>
        <w:t>i dãy c</w:t>
      </w:r>
      <w:r w:rsidRPr="009C2E2E">
        <w:rPr>
          <w:rFonts w:ascii="Times New Roman" w:hAnsi="Times New Roman" w:cs="Times New Roman"/>
          <w:sz w:val="28"/>
          <w:szCs w:val="28"/>
        </w:rPr>
        <w:t>ờ</w:t>
      </w:r>
      <w:r w:rsidRPr="009C2E2E">
        <w:rPr>
          <w:rFonts w:ascii="Times New Roman" w:hAnsi="Times New Roman" w:cs="Times New Roman"/>
          <w:sz w:val="28"/>
          <w:szCs w:val="28"/>
        </w:rPr>
        <w:t xml:space="preserve"> tam giác nhi</w:t>
      </w:r>
      <w:r w:rsidRPr="009C2E2E">
        <w:rPr>
          <w:rFonts w:ascii="Times New Roman" w:hAnsi="Times New Roman" w:cs="Times New Roman"/>
          <w:sz w:val="28"/>
          <w:szCs w:val="28"/>
        </w:rPr>
        <w:t>ề</w:t>
      </w:r>
      <w:r w:rsidRPr="009C2E2E">
        <w:rPr>
          <w:rFonts w:ascii="Times New Roman" w:hAnsi="Times New Roman" w:cs="Times New Roman"/>
          <w:sz w:val="28"/>
          <w:szCs w:val="28"/>
        </w:rPr>
        <w:t>u màu xe</w:t>
      </w:r>
      <w:r w:rsidRPr="009C2E2E">
        <w:rPr>
          <w:rFonts w:ascii="Times New Roman" w:hAnsi="Times New Roman" w:cs="Times New Roman"/>
          <w:sz w:val="28"/>
          <w:szCs w:val="28"/>
        </w:rPr>
        <w:t>n l</w:t>
      </w:r>
      <w:r w:rsidRPr="009C2E2E">
        <w:rPr>
          <w:rFonts w:ascii="Times New Roman" w:hAnsi="Times New Roman" w:cs="Times New Roman"/>
          <w:sz w:val="28"/>
          <w:szCs w:val="28"/>
        </w:rPr>
        <w:t>ẫ</w:t>
      </w:r>
      <w:r w:rsidRPr="009C2E2E">
        <w:rPr>
          <w:rFonts w:ascii="Times New Roman" w:hAnsi="Times New Roman" w:cs="Times New Roman"/>
          <w:sz w:val="28"/>
          <w:szCs w:val="28"/>
        </w:rPr>
        <w:t>n c</w:t>
      </w:r>
      <w:r w:rsidRPr="009C2E2E">
        <w:rPr>
          <w:rFonts w:ascii="Times New Roman" w:hAnsi="Times New Roman" w:cs="Times New Roman"/>
          <w:sz w:val="28"/>
          <w:szCs w:val="28"/>
        </w:rPr>
        <w:t>ờ</w:t>
      </w:r>
      <w:r w:rsidRPr="009C2E2E">
        <w:rPr>
          <w:rFonts w:ascii="Times New Roman" w:hAnsi="Times New Roman" w:cs="Times New Roman"/>
          <w:sz w:val="28"/>
          <w:szCs w:val="28"/>
        </w:rPr>
        <w:t xml:space="preserve"> đ</w:t>
      </w:r>
      <w:r w:rsidRPr="009C2E2E">
        <w:rPr>
          <w:rFonts w:ascii="Times New Roman" w:hAnsi="Times New Roman" w:cs="Times New Roman"/>
          <w:sz w:val="28"/>
          <w:szCs w:val="28"/>
        </w:rPr>
        <w:t>ỏ</w:t>
      </w:r>
      <w:r w:rsidRPr="009C2E2E">
        <w:rPr>
          <w:rFonts w:ascii="Times New Roman" w:hAnsi="Times New Roman" w:cs="Times New Roman"/>
          <w:sz w:val="28"/>
          <w:szCs w:val="28"/>
        </w:rPr>
        <w:t xml:space="preserve"> sao vàng. M</w:t>
      </w:r>
      <w:r w:rsidRPr="009C2E2E">
        <w:rPr>
          <w:rFonts w:ascii="Times New Roman" w:hAnsi="Times New Roman" w:cs="Times New Roman"/>
          <w:sz w:val="28"/>
          <w:szCs w:val="28"/>
        </w:rPr>
        <w:t>ỗ</w:t>
      </w:r>
      <w:r w:rsidRPr="009C2E2E">
        <w:rPr>
          <w:rFonts w:ascii="Times New Roman" w:hAnsi="Times New Roman" w:cs="Times New Roman"/>
          <w:sz w:val="28"/>
          <w:szCs w:val="28"/>
        </w:rPr>
        <w:t>i bư</w:t>
      </w:r>
      <w:r w:rsidRPr="009C2E2E">
        <w:rPr>
          <w:rFonts w:ascii="Times New Roman" w:hAnsi="Times New Roman" w:cs="Times New Roman"/>
          <w:sz w:val="28"/>
          <w:szCs w:val="28"/>
        </w:rPr>
        <w:t>ớ</w:t>
      </w:r>
      <w:r w:rsidRPr="009C2E2E">
        <w:rPr>
          <w:rFonts w:ascii="Times New Roman" w:hAnsi="Times New Roman" w:cs="Times New Roman"/>
          <w:sz w:val="28"/>
          <w:szCs w:val="28"/>
        </w:rPr>
        <w:t>c chân c</w:t>
      </w:r>
      <w:r w:rsidRPr="009C2E2E">
        <w:rPr>
          <w:rFonts w:ascii="Times New Roman" w:hAnsi="Times New Roman" w:cs="Times New Roman"/>
          <w:sz w:val="28"/>
          <w:szCs w:val="28"/>
        </w:rPr>
        <w:t>ủ</w:t>
      </w:r>
      <w:r w:rsidRPr="009C2E2E">
        <w:rPr>
          <w:rFonts w:ascii="Times New Roman" w:hAnsi="Times New Roman" w:cs="Times New Roman"/>
          <w:sz w:val="28"/>
          <w:szCs w:val="28"/>
        </w:rPr>
        <w:t>a h</w:t>
      </w:r>
      <w:r w:rsidRPr="009C2E2E">
        <w:rPr>
          <w:rFonts w:ascii="Times New Roman" w:hAnsi="Times New Roman" w:cs="Times New Roman"/>
          <w:sz w:val="28"/>
          <w:szCs w:val="28"/>
        </w:rPr>
        <w:t>ọ</w:t>
      </w:r>
      <w:r w:rsidRPr="009C2E2E">
        <w:rPr>
          <w:rFonts w:ascii="Times New Roman" w:hAnsi="Times New Roman" w:cs="Times New Roman"/>
          <w:sz w:val="28"/>
          <w:szCs w:val="28"/>
        </w:rPr>
        <w:t>c sinh trên b</w:t>
      </w:r>
      <w:r w:rsidRPr="009C2E2E">
        <w:rPr>
          <w:rFonts w:ascii="Times New Roman" w:hAnsi="Times New Roman" w:cs="Times New Roman"/>
          <w:sz w:val="28"/>
          <w:szCs w:val="28"/>
        </w:rPr>
        <w:t>ậ</w:t>
      </w:r>
      <w:r w:rsidR="00746E62">
        <w:rPr>
          <w:rFonts w:ascii="Times New Roman" w:hAnsi="Times New Roman" w:cs="Times New Roman"/>
          <w:sz w:val="28"/>
          <w:szCs w:val="28"/>
        </w:rPr>
        <w:t xml:space="preserve">c thang như </w:t>
      </w:r>
      <w:r w:rsidRPr="009C2E2E">
        <w:rPr>
          <w:rFonts w:ascii="Times New Roman" w:hAnsi="Times New Roman" w:cs="Times New Roman"/>
          <w:sz w:val="28"/>
          <w:szCs w:val="28"/>
        </w:rPr>
        <w:t>đư</w:t>
      </w:r>
      <w:r w:rsidRPr="009C2E2E">
        <w:rPr>
          <w:rFonts w:ascii="Times New Roman" w:hAnsi="Times New Roman" w:cs="Times New Roman"/>
          <w:sz w:val="28"/>
          <w:szCs w:val="28"/>
        </w:rPr>
        <w:t>ợ</w:t>
      </w:r>
      <w:r w:rsidRPr="009C2E2E">
        <w:rPr>
          <w:rFonts w:ascii="Times New Roman" w:hAnsi="Times New Roman" w:cs="Times New Roman"/>
          <w:sz w:val="28"/>
          <w:szCs w:val="28"/>
        </w:rPr>
        <w:t>c chào đón b</w:t>
      </w:r>
      <w:r w:rsidRPr="009C2E2E">
        <w:rPr>
          <w:rFonts w:ascii="Times New Roman" w:hAnsi="Times New Roman" w:cs="Times New Roman"/>
          <w:sz w:val="28"/>
          <w:szCs w:val="28"/>
        </w:rPr>
        <w:t>ằ</w:t>
      </w:r>
      <w:r w:rsidRPr="009C2E2E">
        <w:rPr>
          <w:rFonts w:ascii="Times New Roman" w:hAnsi="Times New Roman" w:cs="Times New Roman"/>
          <w:sz w:val="28"/>
          <w:szCs w:val="28"/>
        </w:rPr>
        <w:t>ng s</w:t>
      </w:r>
      <w:r w:rsidRPr="009C2E2E">
        <w:rPr>
          <w:rFonts w:ascii="Times New Roman" w:hAnsi="Times New Roman" w:cs="Times New Roman"/>
          <w:sz w:val="28"/>
          <w:szCs w:val="28"/>
        </w:rPr>
        <w:t>ự</w:t>
      </w:r>
      <w:r w:rsidRPr="009C2E2E">
        <w:rPr>
          <w:rFonts w:ascii="Times New Roman" w:hAnsi="Times New Roman" w:cs="Times New Roman"/>
          <w:sz w:val="28"/>
          <w:szCs w:val="28"/>
        </w:rPr>
        <w:t xml:space="preserve"> ph</w:t>
      </w:r>
      <w:r w:rsidRPr="009C2E2E">
        <w:rPr>
          <w:rFonts w:ascii="Times New Roman" w:hAnsi="Times New Roman" w:cs="Times New Roman"/>
          <w:sz w:val="28"/>
          <w:szCs w:val="28"/>
        </w:rPr>
        <w:t>ấ</w:t>
      </w:r>
      <w:r w:rsidRPr="009C2E2E">
        <w:rPr>
          <w:rFonts w:ascii="Times New Roman" w:hAnsi="Times New Roman" w:cs="Times New Roman"/>
          <w:sz w:val="28"/>
          <w:szCs w:val="28"/>
        </w:rPr>
        <w:t>n kh</w:t>
      </w:r>
      <w:r w:rsidRPr="009C2E2E">
        <w:rPr>
          <w:rFonts w:ascii="Times New Roman" w:hAnsi="Times New Roman" w:cs="Times New Roman"/>
          <w:sz w:val="28"/>
          <w:szCs w:val="28"/>
        </w:rPr>
        <w:t>ở</w:t>
      </w:r>
      <w:r w:rsidRPr="009C2E2E">
        <w:rPr>
          <w:rFonts w:ascii="Times New Roman" w:hAnsi="Times New Roman" w:cs="Times New Roman"/>
          <w:sz w:val="28"/>
          <w:szCs w:val="28"/>
        </w:rPr>
        <w:t xml:space="preserve">i </w:t>
      </w:r>
      <w:r w:rsidR="00746E62">
        <w:rPr>
          <w:rFonts w:ascii="Times New Roman" w:hAnsi="Times New Roman" w:cs="Times New Roman"/>
          <w:sz w:val="28"/>
          <w:szCs w:val="28"/>
        </w:rPr>
        <w:t>và niề</w:t>
      </w:r>
      <w:r w:rsidR="00EE2F42">
        <w:rPr>
          <w:rFonts w:ascii="Times New Roman" w:hAnsi="Times New Roman" w:cs="Times New Roman"/>
          <w:sz w:val="28"/>
          <w:szCs w:val="28"/>
        </w:rPr>
        <w:t>m vui</w:t>
      </w:r>
      <w:r w:rsidR="00405EC6">
        <w:rPr>
          <w:rFonts w:ascii="Times New Roman" w:hAnsi="Times New Roman" w:cs="Times New Roman"/>
          <w:sz w:val="28"/>
          <w:szCs w:val="28"/>
        </w:rPr>
        <w:t xml:space="preserve"> dưới mái trường thân yêu.</w:t>
      </w:r>
      <w:r w:rsidR="00746E62" w:rsidRPr="009C2E2E">
        <w:rPr>
          <w:rFonts w:ascii="Times New Roman" w:hAnsi="Times New Roman" w:cs="Times New Roman"/>
          <w:noProof/>
          <w:sz w:val="28"/>
          <w:szCs w:val="28"/>
        </w:rPr>
        <w:drawing>
          <wp:inline distT="0" distB="0" distL="0" distR="0" wp14:anchorId="732FA922" wp14:editId="06787D8F">
            <wp:extent cx="5969452" cy="34377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a:stretch>
                      <a:fillRect/>
                    </a:stretch>
                  </pic:blipFill>
                  <pic:spPr>
                    <a:xfrm>
                      <a:off x="0" y="0"/>
                      <a:ext cx="5970658" cy="3438487"/>
                    </a:xfrm>
                    <a:prstGeom prst="rect">
                      <a:avLst/>
                    </a:prstGeom>
                  </pic:spPr>
                </pic:pic>
              </a:graphicData>
            </a:graphic>
          </wp:inline>
        </w:drawing>
      </w:r>
      <w:r w:rsidR="00746E62">
        <w:rPr>
          <w:rFonts w:ascii="Times New Roman" w:hAnsi="Times New Roman" w:cs="Times New Roman"/>
          <w:sz w:val="28"/>
          <w:szCs w:val="28"/>
        </w:rPr>
        <w:t>v</w:t>
      </w:r>
    </w:p>
    <w:p w:rsidR="002647ED" w:rsidRPr="009C2E2E" w:rsidRDefault="00561ACC" w:rsidP="00746E6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Trên s</w:t>
      </w:r>
      <w:r w:rsidR="00443B23" w:rsidRPr="009C2E2E">
        <w:rPr>
          <w:rFonts w:ascii="Times New Roman" w:hAnsi="Times New Roman" w:cs="Times New Roman"/>
          <w:sz w:val="28"/>
          <w:szCs w:val="28"/>
        </w:rPr>
        <w:t>ân trư</w:t>
      </w:r>
      <w:r w:rsidR="00443B23" w:rsidRPr="009C2E2E">
        <w:rPr>
          <w:rFonts w:ascii="Times New Roman" w:hAnsi="Times New Roman" w:cs="Times New Roman"/>
          <w:sz w:val="28"/>
          <w:szCs w:val="28"/>
        </w:rPr>
        <w:t>ờ</w:t>
      </w:r>
      <w:r w:rsidR="00443B23" w:rsidRPr="009C2E2E">
        <w:rPr>
          <w:rFonts w:ascii="Times New Roman" w:hAnsi="Times New Roman" w:cs="Times New Roman"/>
          <w:sz w:val="28"/>
          <w:szCs w:val="28"/>
        </w:rPr>
        <w:t>ng, nh</w:t>
      </w:r>
      <w:r w:rsidR="00443B23" w:rsidRPr="009C2E2E">
        <w:rPr>
          <w:rFonts w:ascii="Times New Roman" w:hAnsi="Times New Roman" w:cs="Times New Roman"/>
          <w:sz w:val="28"/>
          <w:szCs w:val="28"/>
        </w:rPr>
        <w:t>ữ</w:t>
      </w:r>
      <w:r w:rsidR="00443B23" w:rsidRPr="009C2E2E">
        <w:rPr>
          <w:rFonts w:ascii="Times New Roman" w:hAnsi="Times New Roman" w:cs="Times New Roman"/>
          <w:sz w:val="28"/>
          <w:szCs w:val="28"/>
        </w:rPr>
        <w:t>ng hàng c</w:t>
      </w:r>
      <w:r w:rsidR="00443B23" w:rsidRPr="009C2E2E">
        <w:rPr>
          <w:rFonts w:ascii="Times New Roman" w:hAnsi="Times New Roman" w:cs="Times New Roman"/>
          <w:sz w:val="28"/>
          <w:szCs w:val="28"/>
        </w:rPr>
        <w:t>ờ</w:t>
      </w:r>
      <w:r w:rsidR="00443B23" w:rsidRPr="009C2E2E">
        <w:rPr>
          <w:rFonts w:ascii="Times New Roman" w:hAnsi="Times New Roman" w:cs="Times New Roman"/>
          <w:sz w:val="28"/>
          <w:szCs w:val="28"/>
        </w:rPr>
        <w:t xml:space="preserve"> đ</w:t>
      </w:r>
      <w:r w:rsidR="00443B23" w:rsidRPr="009C2E2E">
        <w:rPr>
          <w:rFonts w:ascii="Times New Roman" w:hAnsi="Times New Roman" w:cs="Times New Roman"/>
          <w:sz w:val="28"/>
          <w:szCs w:val="28"/>
        </w:rPr>
        <w:t>ầ</w:t>
      </w:r>
      <w:r w:rsidR="00443B23" w:rsidRPr="009C2E2E">
        <w:rPr>
          <w:rFonts w:ascii="Times New Roman" w:hAnsi="Times New Roman" w:cs="Times New Roman"/>
          <w:sz w:val="28"/>
          <w:szCs w:val="28"/>
        </w:rPr>
        <w:t>y màu s</w:t>
      </w:r>
      <w:r w:rsidR="00443B23" w:rsidRPr="009C2E2E">
        <w:rPr>
          <w:rFonts w:ascii="Times New Roman" w:hAnsi="Times New Roman" w:cs="Times New Roman"/>
          <w:sz w:val="28"/>
          <w:szCs w:val="28"/>
        </w:rPr>
        <w:t>ắ</w:t>
      </w:r>
      <w:r w:rsidR="00443B23" w:rsidRPr="009C2E2E">
        <w:rPr>
          <w:rFonts w:ascii="Times New Roman" w:hAnsi="Times New Roman" w:cs="Times New Roman"/>
          <w:sz w:val="28"/>
          <w:szCs w:val="28"/>
        </w:rPr>
        <w:t>c n</w:t>
      </w:r>
      <w:r w:rsidR="00443B23" w:rsidRPr="009C2E2E">
        <w:rPr>
          <w:rFonts w:ascii="Times New Roman" w:hAnsi="Times New Roman" w:cs="Times New Roman"/>
          <w:sz w:val="28"/>
          <w:szCs w:val="28"/>
        </w:rPr>
        <w:t>ố</w:t>
      </w:r>
      <w:r w:rsidR="00443B23" w:rsidRPr="009C2E2E">
        <w:rPr>
          <w:rFonts w:ascii="Times New Roman" w:hAnsi="Times New Roman" w:cs="Times New Roman"/>
          <w:sz w:val="28"/>
          <w:szCs w:val="28"/>
        </w:rPr>
        <w:t>i ti</w:t>
      </w:r>
      <w:r w:rsidR="00443B23" w:rsidRPr="009C2E2E">
        <w:rPr>
          <w:rFonts w:ascii="Times New Roman" w:hAnsi="Times New Roman" w:cs="Times New Roman"/>
          <w:sz w:val="28"/>
          <w:szCs w:val="28"/>
        </w:rPr>
        <w:t>ế</w:t>
      </w:r>
      <w:r w:rsidR="00443B23" w:rsidRPr="009C2E2E">
        <w:rPr>
          <w:rFonts w:ascii="Times New Roman" w:hAnsi="Times New Roman" w:cs="Times New Roman"/>
          <w:sz w:val="28"/>
          <w:szCs w:val="28"/>
        </w:rPr>
        <w:t>p nhau, k</w:t>
      </w:r>
      <w:r w:rsidR="00443B23" w:rsidRPr="009C2E2E">
        <w:rPr>
          <w:rFonts w:ascii="Times New Roman" w:hAnsi="Times New Roman" w:cs="Times New Roman"/>
          <w:sz w:val="28"/>
          <w:szCs w:val="28"/>
        </w:rPr>
        <w:t>ế</w:t>
      </w:r>
      <w:r w:rsidR="00443B23" w:rsidRPr="009C2E2E">
        <w:rPr>
          <w:rFonts w:ascii="Times New Roman" w:hAnsi="Times New Roman" w:cs="Times New Roman"/>
          <w:sz w:val="28"/>
          <w:szCs w:val="28"/>
        </w:rPr>
        <w:t>t h</w:t>
      </w:r>
      <w:r w:rsidR="00443B23" w:rsidRPr="009C2E2E">
        <w:rPr>
          <w:rFonts w:ascii="Times New Roman" w:hAnsi="Times New Roman" w:cs="Times New Roman"/>
          <w:sz w:val="28"/>
          <w:szCs w:val="28"/>
        </w:rPr>
        <w:t>ợ</w:t>
      </w:r>
      <w:r w:rsidR="00443B23" w:rsidRPr="009C2E2E">
        <w:rPr>
          <w:rFonts w:ascii="Times New Roman" w:hAnsi="Times New Roman" w:cs="Times New Roman"/>
          <w:sz w:val="28"/>
          <w:szCs w:val="28"/>
        </w:rPr>
        <w:t>p cùng s</w:t>
      </w:r>
      <w:r w:rsidR="00443B23" w:rsidRPr="009C2E2E">
        <w:rPr>
          <w:rFonts w:ascii="Times New Roman" w:hAnsi="Times New Roman" w:cs="Times New Roman"/>
          <w:sz w:val="28"/>
          <w:szCs w:val="28"/>
        </w:rPr>
        <w:t>ắ</w:t>
      </w:r>
      <w:r w:rsidR="00443B23" w:rsidRPr="009C2E2E">
        <w:rPr>
          <w:rFonts w:ascii="Times New Roman" w:hAnsi="Times New Roman" w:cs="Times New Roman"/>
          <w:sz w:val="28"/>
          <w:szCs w:val="28"/>
        </w:rPr>
        <w:t>c đ</w:t>
      </w:r>
      <w:r w:rsidR="00443B23" w:rsidRPr="009C2E2E">
        <w:rPr>
          <w:rFonts w:ascii="Times New Roman" w:hAnsi="Times New Roman" w:cs="Times New Roman"/>
          <w:sz w:val="28"/>
          <w:szCs w:val="28"/>
        </w:rPr>
        <w:t>ỏ</w:t>
      </w:r>
      <w:r w:rsidR="00443B23" w:rsidRPr="009C2E2E">
        <w:rPr>
          <w:rFonts w:ascii="Times New Roman" w:hAnsi="Times New Roman" w:cs="Times New Roman"/>
          <w:sz w:val="28"/>
          <w:szCs w:val="28"/>
        </w:rPr>
        <w:t xml:space="preserve"> c</w:t>
      </w:r>
      <w:r w:rsidR="00443B23" w:rsidRPr="009C2E2E">
        <w:rPr>
          <w:rFonts w:ascii="Times New Roman" w:hAnsi="Times New Roman" w:cs="Times New Roman"/>
          <w:sz w:val="28"/>
          <w:szCs w:val="28"/>
        </w:rPr>
        <w:t>ủ</w:t>
      </w:r>
      <w:r w:rsidR="00443B23" w:rsidRPr="009C2E2E">
        <w:rPr>
          <w:rFonts w:ascii="Times New Roman" w:hAnsi="Times New Roman" w:cs="Times New Roman"/>
          <w:sz w:val="28"/>
          <w:szCs w:val="28"/>
        </w:rPr>
        <w:t>a Qu</w:t>
      </w:r>
      <w:r w:rsidR="00443B23" w:rsidRPr="009C2E2E">
        <w:rPr>
          <w:rFonts w:ascii="Times New Roman" w:hAnsi="Times New Roman" w:cs="Times New Roman"/>
          <w:sz w:val="28"/>
          <w:szCs w:val="28"/>
        </w:rPr>
        <w:t>ố</w:t>
      </w:r>
      <w:r w:rsidR="00443B23" w:rsidRPr="009C2E2E">
        <w:rPr>
          <w:rFonts w:ascii="Times New Roman" w:hAnsi="Times New Roman" w:cs="Times New Roman"/>
          <w:sz w:val="28"/>
          <w:szCs w:val="28"/>
        </w:rPr>
        <w:t>c k</w:t>
      </w:r>
      <w:r w:rsidR="00443B23" w:rsidRPr="009C2E2E">
        <w:rPr>
          <w:rFonts w:ascii="Times New Roman" w:hAnsi="Times New Roman" w:cs="Times New Roman"/>
          <w:sz w:val="28"/>
          <w:szCs w:val="28"/>
        </w:rPr>
        <w:t>ỳ</w:t>
      </w:r>
      <w:r w:rsidR="00443B23" w:rsidRPr="009C2E2E">
        <w:rPr>
          <w:rFonts w:ascii="Times New Roman" w:hAnsi="Times New Roman" w:cs="Times New Roman"/>
          <w:sz w:val="28"/>
          <w:szCs w:val="28"/>
        </w:rPr>
        <w:t xml:space="preserve"> và c</w:t>
      </w:r>
      <w:r w:rsidR="00443B23" w:rsidRPr="009C2E2E">
        <w:rPr>
          <w:rFonts w:ascii="Times New Roman" w:hAnsi="Times New Roman" w:cs="Times New Roman"/>
          <w:sz w:val="28"/>
          <w:szCs w:val="28"/>
        </w:rPr>
        <w:t>ờ</w:t>
      </w:r>
      <w:r w:rsidR="00443B23" w:rsidRPr="009C2E2E">
        <w:rPr>
          <w:rFonts w:ascii="Times New Roman" w:hAnsi="Times New Roman" w:cs="Times New Roman"/>
          <w:sz w:val="28"/>
          <w:szCs w:val="28"/>
        </w:rPr>
        <w:t xml:space="preserve"> Đ</w:t>
      </w:r>
      <w:r w:rsidR="00443B23" w:rsidRPr="009C2E2E">
        <w:rPr>
          <w:rFonts w:ascii="Times New Roman" w:hAnsi="Times New Roman" w:cs="Times New Roman"/>
          <w:sz w:val="28"/>
          <w:szCs w:val="28"/>
        </w:rPr>
        <w:t>ả</w:t>
      </w:r>
      <w:r w:rsidR="00443B23" w:rsidRPr="009C2E2E">
        <w:rPr>
          <w:rFonts w:ascii="Times New Roman" w:hAnsi="Times New Roman" w:cs="Times New Roman"/>
          <w:sz w:val="28"/>
          <w:szCs w:val="28"/>
        </w:rPr>
        <w:t>ng, t</w:t>
      </w:r>
      <w:r w:rsidR="00443B23" w:rsidRPr="009C2E2E">
        <w:rPr>
          <w:rFonts w:ascii="Times New Roman" w:hAnsi="Times New Roman" w:cs="Times New Roman"/>
          <w:sz w:val="28"/>
          <w:szCs w:val="28"/>
        </w:rPr>
        <w:t>ạ</w:t>
      </w:r>
      <w:r w:rsidR="00443B23" w:rsidRPr="009C2E2E">
        <w:rPr>
          <w:rFonts w:ascii="Times New Roman" w:hAnsi="Times New Roman" w:cs="Times New Roman"/>
          <w:sz w:val="28"/>
          <w:szCs w:val="28"/>
        </w:rPr>
        <w:t>o nên m</w:t>
      </w:r>
      <w:r w:rsidR="00443B23" w:rsidRPr="009C2E2E">
        <w:rPr>
          <w:rFonts w:ascii="Times New Roman" w:hAnsi="Times New Roman" w:cs="Times New Roman"/>
          <w:sz w:val="28"/>
          <w:szCs w:val="28"/>
        </w:rPr>
        <w:t>ộ</w:t>
      </w:r>
      <w:r w:rsidR="00443B23" w:rsidRPr="009C2E2E">
        <w:rPr>
          <w:rFonts w:ascii="Times New Roman" w:hAnsi="Times New Roman" w:cs="Times New Roman"/>
          <w:sz w:val="28"/>
          <w:szCs w:val="28"/>
        </w:rPr>
        <w:t>t khô</w:t>
      </w:r>
      <w:r w:rsidR="00745215">
        <w:rPr>
          <w:rFonts w:ascii="Times New Roman" w:hAnsi="Times New Roman" w:cs="Times New Roman"/>
          <w:sz w:val="28"/>
          <w:szCs w:val="28"/>
        </w:rPr>
        <w:t>ng gian tươi sáng,</w:t>
      </w:r>
      <w:r w:rsidR="00443B23" w:rsidRPr="009C2E2E">
        <w:rPr>
          <w:rFonts w:ascii="Times New Roman" w:hAnsi="Times New Roman" w:cs="Times New Roman"/>
          <w:sz w:val="28"/>
          <w:szCs w:val="28"/>
        </w:rPr>
        <w:t xml:space="preserve"> b</w:t>
      </w:r>
      <w:r w:rsidR="00443B23" w:rsidRPr="009C2E2E">
        <w:rPr>
          <w:rFonts w:ascii="Times New Roman" w:hAnsi="Times New Roman" w:cs="Times New Roman"/>
          <w:sz w:val="28"/>
          <w:szCs w:val="28"/>
        </w:rPr>
        <w:t>ừ</w:t>
      </w:r>
      <w:r w:rsidR="00443B23" w:rsidRPr="009C2E2E">
        <w:rPr>
          <w:rFonts w:ascii="Times New Roman" w:hAnsi="Times New Roman" w:cs="Times New Roman"/>
          <w:sz w:val="28"/>
          <w:szCs w:val="28"/>
        </w:rPr>
        <w:t>ng sáng c</w:t>
      </w:r>
      <w:r w:rsidR="00443B23" w:rsidRPr="009C2E2E">
        <w:rPr>
          <w:rFonts w:ascii="Times New Roman" w:hAnsi="Times New Roman" w:cs="Times New Roman"/>
          <w:sz w:val="28"/>
          <w:szCs w:val="28"/>
        </w:rPr>
        <w:t>ả</w:t>
      </w:r>
      <w:r w:rsidR="00443B23" w:rsidRPr="009C2E2E">
        <w:rPr>
          <w:rFonts w:ascii="Times New Roman" w:hAnsi="Times New Roman" w:cs="Times New Roman"/>
          <w:sz w:val="28"/>
          <w:szCs w:val="28"/>
        </w:rPr>
        <w:t xml:space="preserve"> kho</w:t>
      </w:r>
      <w:r w:rsidR="00443B23" w:rsidRPr="009C2E2E">
        <w:rPr>
          <w:rFonts w:ascii="Times New Roman" w:hAnsi="Times New Roman" w:cs="Times New Roman"/>
          <w:sz w:val="28"/>
          <w:szCs w:val="28"/>
        </w:rPr>
        <w:t>ả</w:t>
      </w:r>
      <w:r w:rsidR="00443B23" w:rsidRPr="009C2E2E">
        <w:rPr>
          <w:rFonts w:ascii="Times New Roman" w:hAnsi="Times New Roman" w:cs="Times New Roman"/>
          <w:sz w:val="28"/>
          <w:szCs w:val="28"/>
        </w:rPr>
        <w:t>ng tr</w:t>
      </w:r>
      <w:r w:rsidR="00443B23" w:rsidRPr="009C2E2E">
        <w:rPr>
          <w:rFonts w:ascii="Times New Roman" w:hAnsi="Times New Roman" w:cs="Times New Roman"/>
          <w:sz w:val="28"/>
          <w:szCs w:val="28"/>
        </w:rPr>
        <w:t>ờ</w:t>
      </w:r>
      <w:r w:rsidR="00745215">
        <w:rPr>
          <w:rFonts w:ascii="Times New Roman" w:hAnsi="Times New Roman" w:cs="Times New Roman"/>
          <w:sz w:val="28"/>
          <w:szCs w:val="28"/>
        </w:rPr>
        <w:t xml:space="preserve">i trên ngôi trường thân yêu </w:t>
      </w:r>
      <w:r w:rsidR="003C4238">
        <w:rPr>
          <w:rFonts w:ascii="Times New Roman" w:hAnsi="Times New Roman" w:cs="Times New Roman"/>
          <w:sz w:val="28"/>
          <w:szCs w:val="28"/>
        </w:rPr>
        <w:t>“</w:t>
      </w:r>
      <w:r w:rsidR="00745215">
        <w:rPr>
          <w:rFonts w:ascii="Times New Roman" w:hAnsi="Times New Roman" w:cs="Times New Roman"/>
          <w:sz w:val="28"/>
          <w:szCs w:val="28"/>
        </w:rPr>
        <w:t>Tiểu học Nguyễn Bá Ngọc</w:t>
      </w:r>
      <w:r w:rsidR="003C4238">
        <w:rPr>
          <w:rFonts w:ascii="Times New Roman" w:hAnsi="Times New Roman" w:cs="Times New Roman"/>
          <w:sz w:val="28"/>
          <w:szCs w:val="28"/>
        </w:rPr>
        <w:t>”</w:t>
      </w:r>
      <w:r w:rsidR="00745215">
        <w:rPr>
          <w:rFonts w:ascii="Times New Roman" w:hAnsi="Times New Roman" w:cs="Times New Roman"/>
          <w:sz w:val="28"/>
          <w:szCs w:val="28"/>
        </w:rPr>
        <w:t>.</w:t>
      </w:r>
    </w:p>
    <w:p w:rsidR="002647ED" w:rsidRPr="009C2E2E" w:rsidRDefault="00443B23" w:rsidP="009C2E2E">
      <w:pPr>
        <w:spacing w:line="360" w:lineRule="auto"/>
        <w:jc w:val="center"/>
        <w:rPr>
          <w:rFonts w:ascii="Times New Roman" w:hAnsi="Times New Roman" w:cs="Times New Roman"/>
          <w:sz w:val="28"/>
          <w:szCs w:val="28"/>
        </w:rPr>
      </w:pPr>
      <w:r w:rsidRPr="009C2E2E">
        <w:rPr>
          <w:rFonts w:ascii="Times New Roman" w:hAnsi="Times New Roman" w:cs="Times New Roman"/>
          <w:noProof/>
          <w:sz w:val="28"/>
          <w:szCs w:val="28"/>
        </w:rPr>
        <w:drawing>
          <wp:inline distT="0" distB="0" distL="0" distR="0">
            <wp:extent cx="5995965" cy="332349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a:stretch>
                      <a:fillRect/>
                    </a:stretch>
                  </pic:blipFill>
                  <pic:spPr>
                    <a:xfrm>
                      <a:off x="0" y="0"/>
                      <a:ext cx="5996975" cy="3324053"/>
                    </a:xfrm>
                    <a:prstGeom prst="rect">
                      <a:avLst/>
                    </a:prstGeom>
                  </pic:spPr>
                </pic:pic>
              </a:graphicData>
            </a:graphic>
          </wp:inline>
        </w:drawing>
      </w:r>
    </w:p>
    <w:p w:rsidR="002647ED" w:rsidRDefault="00503592" w:rsidP="00561AC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Trong không khí của “</w:t>
      </w:r>
      <w:r w:rsidR="004C0467">
        <w:rPr>
          <w:rFonts w:ascii="Times New Roman" w:hAnsi="Times New Roman" w:cs="Times New Roman"/>
          <w:sz w:val="28"/>
          <w:szCs w:val="28"/>
        </w:rPr>
        <w:t>Ngày hội toàn dân đưa trẻ đến trường</w:t>
      </w:r>
      <w:r>
        <w:rPr>
          <w:rFonts w:ascii="Times New Roman" w:hAnsi="Times New Roman" w:cs="Times New Roman"/>
          <w:sz w:val="28"/>
          <w:szCs w:val="28"/>
        </w:rPr>
        <w:t>” các hoạt động chuẩn bị cho Lễ khai giảng năm học 2025 – 2026 gắn với kỉ niệm 80 năm thành lập Bộ Quốc gia giáo dục.</w:t>
      </w:r>
      <w:r w:rsidR="00664938">
        <w:rPr>
          <w:rFonts w:ascii="Times New Roman" w:hAnsi="Times New Roman" w:cs="Times New Roman"/>
          <w:sz w:val="28"/>
          <w:szCs w:val="28"/>
        </w:rPr>
        <w:t xml:space="preserve"> Các hoạt động trên</w:t>
      </w:r>
      <w:r w:rsidR="00510BD5" w:rsidRPr="00510BD5">
        <w:rPr>
          <w:rFonts w:ascii="Times New Roman" w:hAnsi="Times New Roman" w:cs="Times New Roman"/>
          <w:sz w:val="28"/>
          <w:szCs w:val="28"/>
        </w:rPr>
        <w:t xml:space="preserve"> không chỉ làm đẹp không gian, tạo không khí tưng bừng, mà còn gửi gắm thông điệp thiêng liêng về tình yêu </w:t>
      </w:r>
      <w:r w:rsidR="006131BD">
        <w:rPr>
          <w:rFonts w:ascii="Times New Roman" w:hAnsi="Times New Roman" w:cs="Times New Roman"/>
          <w:sz w:val="28"/>
          <w:szCs w:val="28"/>
        </w:rPr>
        <w:t>quê hương đất nước</w:t>
      </w:r>
      <w:r w:rsidR="00510BD5" w:rsidRPr="00510BD5">
        <w:rPr>
          <w:rFonts w:ascii="Times New Roman" w:hAnsi="Times New Roman" w:cs="Times New Roman"/>
          <w:sz w:val="28"/>
          <w:szCs w:val="28"/>
        </w:rPr>
        <w:t>, yêu trường</w:t>
      </w:r>
      <w:r w:rsidR="00117291">
        <w:rPr>
          <w:rFonts w:ascii="Times New Roman" w:hAnsi="Times New Roman" w:cs="Times New Roman"/>
          <w:sz w:val="28"/>
          <w:szCs w:val="28"/>
        </w:rPr>
        <w:t>,</w:t>
      </w:r>
      <w:r w:rsidR="00510BD5" w:rsidRPr="00510BD5">
        <w:rPr>
          <w:rFonts w:ascii="Times New Roman" w:hAnsi="Times New Roman" w:cs="Times New Roman"/>
          <w:sz w:val="28"/>
          <w:szCs w:val="28"/>
        </w:rPr>
        <w:t xml:space="preserve"> </w:t>
      </w:r>
      <w:r w:rsidR="00117291">
        <w:rPr>
          <w:rFonts w:ascii="Times New Roman" w:hAnsi="Times New Roman" w:cs="Times New Roman"/>
          <w:sz w:val="28"/>
          <w:szCs w:val="28"/>
        </w:rPr>
        <w:t xml:space="preserve">yêu </w:t>
      </w:r>
      <w:r w:rsidR="00510BD5" w:rsidRPr="00510BD5">
        <w:rPr>
          <w:rFonts w:ascii="Times New Roman" w:hAnsi="Times New Roman" w:cs="Times New Roman"/>
          <w:sz w:val="28"/>
          <w:szCs w:val="28"/>
        </w:rPr>
        <w:t>lớp</w:t>
      </w:r>
      <w:r w:rsidR="00510BD5" w:rsidRPr="00510BD5">
        <w:rPr>
          <w:rFonts w:ascii="Times New Roman" w:hAnsi="Times New Roman" w:cs="Times New Roman"/>
          <w:sz w:val="28"/>
          <w:szCs w:val="28"/>
          <w:lang w:val="vi-VN"/>
        </w:rPr>
        <w:t xml:space="preserve"> </w:t>
      </w:r>
      <w:r w:rsidR="00510BD5" w:rsidRPr="00510BD5">
        <w:rPr>
          <w:rFonts w:ascii="Times New Roman" w:hAnsi="Times New Roman" w:cs="Times New Roman"/>
          <w:sz w:val="28"/>
          <w:szCs w:val="28"/>
        </w:rPr>
        <w:t>và niềm tin vào thế hệ tương lai</w:t>
      </w:r>
      <w:r w:rsidR="00443B23">
        <w:rPr>
          <w:rFonts w:ascii="Times New Roman" w:hAnsi="Times New Roman" w:cs="Times New Roman"/>
          <w:sz w:val="28"/>
          <w:szCs w:val="28"/>
        </w:rPr>
        <w:t xml:space="preserve"> của đất nước</w:t>
      </w:r>
      <w:bookmarkStart w:id="0" w:name="_GoBack"/>
      <w:bookmarkEnd w:id="0"/>
      <w:r w:rsidR="00510BD5" w:rsidRPr="00510BD5">
        <w:rPr>
          <w:rFonts w:ascii="Times New Roman" w:hAnsi="Times New Roman" w:cs="Times New Roman"/>
          <w:sz w:val="28"/>
          <w:szCs w:val="28"/>
        </w:rPr>
        <w:t>.</w:t>
      </w:r>
      <w:r w:rsidR="00510BD5" w:rsidRPr="00510BD5">
        <w:rPr>
          <w:rFonts w:ascii="Times New Roman" w:hAnsi="Times New Roman" w:cs="Times New Roman"/>
          <w:sz w:val="28"/>
          <w:szCs w:val="28"/>
          <w:lang w:val="vi-VN"/>
        </w:rPr>
        <w:t xml:space="preserve"> L</w:t>
      </w:r>
      <w:r w:rsidR="00510BD5" w:rsidRPr="00510BD5">
        <w:rPr>
          <w:rFonts w:ascii="Times New Roman" w:hAnsi="Times New Roman" w:cs="Times New Roman"/>
          <w:sz w:val="28"/>
          <w:szCs w:val="28"/>
        </w:rPr>
        <w:t>à sự kết nối truyền thống với hiện tại, gieo vào lòng các em niềm tin và khát vọng học tập, xứng đáng với niềm tin yêu của gia đình, nhà trường và xã hội.</w:t>
      </w:r>
    </w:p>
    <w:p w:rsidR="007553A4" w:rsidRDefault="007553A4" w:rsidP="00561AC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Trân trọng cảm ơn quý thầy cô giáo đã đồng hành cùng nhà trường chuẩn bị cho năm học mới 2025 – 2026.</w:t>
      </w:r>
    </w:p>
    <w:p w:rsidR="00B67575" w:rsidRDefault="00B67575" w:rsidP="00664938">
      <w:pPr>
        <w:spacing w:line="360" w:lineRule="auto"/>
        <w:rPr>
          <w:rFonts w:ascii="Times New Roman" w:hAnsi="Times New Roman" w:cs="Times New Roman"/>
          <w:sz w:val="28"/>
          <w:szCs w:val="28"/>
        </w:rPr>
      </w:pPr>
    </w:p>
    <w:p w:rsidR="00217CA8" w:rsidRPr="00664938" w:rsidRDefault="00217CA8" w:rsidP="00664938">
      <w:pPr>
        <w:spacing w:line="360" w:lineRule="auto"/>
        <w:rPr>
          <w:rFonts w:ascii="Times New Roman" w:hAnsi="Times New Roman" w:cs="Times New Roman"/>
          <w:sz w:val="28"/>
          <w:szCs w:val="28"/>
        </w:rPr>
      </w:pPr>
    </w:p>
    <w:sectPr w:rsidR="00217CA8" w:rsidRPr="00664938" w:rsidSect="00746E62">
      <w:pgSz w:w="12240" w:h="15840"/>
      <w:pgMar w:top="1021" w:right="1021" w:bottom="1021"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2418D"/>
    <w:rsid w:val="00034616"/>
    <w:rsid w:val="00041E51"/>
    <w:rsid w:val="000526D5"/>
    <w:rsid w:val="0006063C"/>
    <w:rsid w:val="000B3D97"/>
    <w:rsid w:val="0011235F"/>
    <w:rsid w:val="00117291"/>
    <w:rsid w:val="0015074B"/>
    <w:rsid w:val="001D5D9C"/>
    <w:rsid w:val="002020F2"/>
    <w:rsid w:val="00217CA8"/>
    <w:rsid w:val="00227B4E"/>
    <w:rsid w:val="002647ED"/>
    <w:rsid w:val="0029639D"/>
    <w:rsid w:val="00326F90"/>
    <w:rsid w:val="00387D48"/>
    <w:rsid w:val="003A5A1F"/>
    <w:rsid w:val="003C4238"/>
    <w:rsid w:val="00405EC6"/>
    <w:rsid w:val="00443B23"/>
    <w:rsid w:val="004C0467"/>
    <w:rsid w:val="004E029B"/>
    <w:rsid w:val="00503592"/>
    <w:rsid w:val="00510BD5"/>
    <w:rsid w:val="0055238B"/>
    <w:rsid w:val="00561ACC"/>
    <w:rsid w:val="00573E3E"/>
    <w:rsid w:val="006131BD"/>
    <w:rsid w:val="00664938"/>
    <w:rsid w:val="00745215"/>
    <w:rsid w:val="00746E62"/>
    <w:rsid w:val="007553A4"/>
    <w:rsid w:val="00761568"/>
    <w:rsid w:val="008B1287"/>
    <w:rsid w:val="008C236E"/>
    <w:rsid w:val="009412A4"/>
    <w:rsid w:val="009C2E2E"/>
    <w:rsid w:val="00A54D2E"/>
    <w:rsid w:val="00AA1D8D"/>
    <w:rsid w:val="00AA20E6"/>
    <w:rsid w:val="00B3506A"/>
    <w:rsid w:val="00B47730"/>
    <w:rsid w:val="00B67575"/>
    <w:rsid w:val="00BE0B76"/>
    <w:rsid w:val="00BF5EC6"/>
    <w:rsid w:val="00C03855"/>
    <w:rsid w:val="00CB0664"/>
    <w:rsid w:val="00CC583B"/>
    <w:rsid w:val="00D62B36"/>
    <w:rsid w:val="00D96E5C"/>
    <w:rsid w:val="00EE2F4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21C11BD2-23A1-154F-BB61-52848F2BA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81886-971C-4C4F-8711-38545D855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48</cp:revision>
  <dcterms:created xsi:type="dcterms:W3CDTF">2025-09-04T01:28:00Z</dcterms:created>
  <dcterms:modified xsi:type="dcterms:W3CDTF">2025-09-04T02:12:00Z</dcterms:modified>
  <cp:category/>
</cp:coreProperties>
</file>